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SOLICITUD DE CAMBIO DE MÉDICO TRATANTE</w:t>
      </w:r>
    </w:p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de contacto : ________________________________________________</w:t>
      </w:r>
    </w:p>
    <w:p/>
    <w:p>
      <w:r>
        <w:rPr>
          <w:b/>
          <w:sz w:val="20"/>
        </w:rPr>
        <w:t>Datos del Médico Tratante Actual: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Número de colegiado (si se conoce) : _________________________________</w:t>
      </w:r>
    </w:p>
    <w:p>
      <w:r>
        <w:rPr>
          <w:b w:val="0"/>
          <w:sz w:val="20"/>
        </w:rPr>
        <w:t>Centro de Salud : _____________________________________________________</w:t>
      </w:r>
    </w:p>
    <w:p/>
    <w:p>
      <w:r>
        <w:rPr>
          <w:b/>
          <w:sz w:val="20"/>
        </w:rPr>
        <w:t>Datos del Médico Tratante Solicitado: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Número de colegiado (si se conoce) : _________________________________</w:t>
      </w:r>
    </w:p>
    <w:p>
      <w:r>
        <w:rPr>
          <w:b w:val="0"/>
          <w:sz w:val="20"/>
        </w:rPr>
        <w:t>Centro de Salud : _____________________________________________________</w:t>
      </w:r>
    </w:p>
    <w:p/>
    <w:p>
      <w:r>
        <w:rPr>
          <w:b/>
          <w:sz w:val="20"/>
        </w:rPr>
        <w:t>Exposición de Motivos:</w:t>
      </w:r>
    </w:p>
    <w:p>
      <w:r>
        <w:rPr>
          <w:b w:val="0"/>
          <w:sz w:val="20"/>
        </w:rPr>
        <w:t>Por medio de la presente solicito formalmente el cambio de médico tratante a fin de atender mejor mis necesidades sanitarias. Esta solicitud se fundamenta en motivos personales y profesionales que justifican la elección del médico solicitado.</w:t>
      </w:r>
    </w:p>
    <w:p/>
    <w:p>
      <w:r>
        <w:rPr>
          <w:b/>
          <w:sz w:val="20"/>
        </w:rPr>
        <w:t>Fundamento Legal:</w:t>
      </w:r>
    </w:p>
    <w:p>
      <w:r>
        <w:rPr>
          <w:b w:val="0"/>
          <w:sz w:val="20"/>
        </w:rPr>
        <w:t>Esta solicitud se realiza conforme a lo establecido en la Ley 16/2003, de 28 de mayo, de cohesión y calidad del Sistema Nacional de Salud, y demás normativa aplicable en materia de derechos de los pacientes y organización sanitaria en España.</w:t>
      </w:r>
    </w:p>
    <w:p/>
    <w:p>
      <w:r>
        <w:rPr>
          <w:b/>
          <w:sz w:val="20"/>
        </w:rPr>
        <w:t>Declaración y Solicitud:</w:t>
      </w:r>
    </w:p>
    <w:p>
      <w:r>
        <w:rPr>
          <w:b w:val="0"/>
          <w:sz w:val="20"/>
        </w:rPr>
        <w:t>Declaro que los datos proporcionados son veraces y completos a mi leal saber y entender. Por ello, solicito se proceda a efectuar el cambio de médico tratante conforme a lo solicitado, quedando a la espera de la resolución pertinente por parte de la entidad sanitaria competente.</w:t>
      </w:r>
    </w:p>
    <w:p/>
    <w:p>
      <w:r>
        <w:rPr>
          <w:b w:val="0"/>
          <w:sz w:val="20"/>
        </w:rPr>
        <w:t>Lugar y Fecha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Solicitante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https://lex-familiar.com/solicitud-de-cambio-de-medico-tratante/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solicitud-de-cambio-de-medico-tratante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