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REAGRUPACIÓN FAMILIAR</w:t>
      </w:r>
    </w:p>
    <w:p/>
    <w:p>
      <w:r>
        <w:rPr>
          <w:b/>
          <w:sz w:val="20"/>
        </w:rPr>
        <w:t>A la Oficina de Extranjería correspondiente:</w:t>
      </w:r>
    </w:p>
    <w:p/>
    <w:p>
      <w:r>
        <w:rPr>
          <w:b/>
          <w:sz w:val="20"/>
        </w:rPr>
        <w:t>DATOS DEL REAGRUPANTE: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Nacionalidad : _________________________________________________________</w:t>
      </w:r>
    </w:p>
    <w:p>
      <w:r>
        <w:rPr>
          <w:b w:val="0"/>
          <w:sz w:val="20"/>
        </w:rPr>
        <w:t>Número de NIE o Pasaporte : ___________________________________________</w:t>
      </w:r>
    </w:p>
    <w:p>
      <w:r>
        <w:rPr>
          <w:b w:val="0"/>
          <w:sz w:val="20"/>
        </w:rPr>
        <w:t>Domicilio en España : _________________________________________________</w:t>
      </w:r>
    </w:p>
    <w:p>
      <w:r>
        <w:rPr>
          <w:b w:val="0"/>
          <w:sz w:val="20"/>
        </w:rPr>
        <w:t>Teléfono de contacto : ________________________________________________</w:t>
      </w:r>
    </w:p>
    <w:p/>
    <w:p>
      <w:r>
        <w:rPr>
          <w:b/>
          <w:sz w:val="20"/>
        </w:rPr>
        <w:t>DATOS DEL FAMILIAR A REAGRUPAR: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Fecha de nacimiento : ________________________________________________</w:t>
      </w:r>
    </w:p>
    <w:p>
      <w:r>
        <w:rPr>
          <w:b w:val="0"/>
          <w:sz w:val="20"/>
        </w:rPr>
        <w:t>Parentesco con el reagrupante : _______________________________________</w:t>
      </w:r>
    </w:p>
    <w:p>
      <w:r>
        <w:rPr>
          <w:b w:val="0"/>
          <w:sz w:val="20"/>
        </w:rPr>
        <w:t>Nacionalidad : _________________________________________________________</w:t>
      </w:r>
    </w:p>
    <w:p>
      <w:r>
        <w:rPr>
          <w:b w:val="0"/>
          <w:sz w:val="20"/>
        </w:rPr>
        <w:t>Número de Pasaporte o documento de identidad : _________________________</w:t>
      </w:r>
    </w:p>
    <w:p>
      <w:r>
        <w:rPr>
          <w:b w:val="0"/>
          <w:sz w:val="20"/>
        </w:rPr>
        <w:t>Domicilio actual : ______________________________________________________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Ley Orgánica 4/2000, de 11 de enero, sobre derechos y libertades de los extranjeros en España y su integración social, especialmente los artículos relativos a la reagrupación familiar.</w:t>
      </w:r>
    </w:p>
    <w:p>
      <w:r>
        <w:rPr>
          <w:b w:val="0"/>
          <w:sz w:val="20"/>
        </w:rPr>
        <w:t>Real Decreto 557/2011, de 20 de abril, por el que se aprueba el Reglamento de la Ley Orgánica 4/2000.</w:t>
      </w:r>
    </w:p>
    <w:p/>
    <w:p>
      <w:r>
        <w:rPr>
          <w:b/>
          <w:sz w:val="20"/>
        </w:rPr>
        <w:t>EXPOSICIÓN DE MOTIVOS</w:t>
      </w:r>
    </w:p>
    <w:p>
      <w:r>
        <w:rPr>
          <w:b w:val="0"/>
          <w:sz w:val="20"/>
        </w:rPr>
        <w:t>El/la solicitante, en calidad de residente legal en España, solicita la reagrupación familiar conforme a la legislación vigente, acreditando la existencia del vínculo familiar, el cumplimiento de los requisitos establecidos, y la disponibilidad de medios económicos y de vivienda adecuados para asegurar la integración del familiar reagrupado.</w:t>
      </w:r>
    </w:p>
    <w:p/>
    <w:p>
      <w:r>
        <w:rPr>
          <w:b/>
          <w:sz w:val="20"/>
        </w:rPr>
        <w:t>DOCUMENTACIÓN ADJUNTA</w:t>
      </w:r>
    </w:p>
    <w:p>
      <w:r>
        <w:rPr>
          <w:b w:val="0"/>
          <w:sz w:val="20"/>
        </w:rPr>
        <w:t>- Copia del pasaporte completo del reagrupante y del familiar.</w:t>
      </w:r>
    </w:p>
    <w:p>
      <w:r>
        <w:rPr>
          <w:b w:val="0"/>
          <w:sz w:val="20"/>
        </w:rPr>
        <w:t>- Certificado de empadronamiento del reagrupante.</w:t>
      </w:r>
    </w:p>
    <w:p>
      <w:r>
        <w:rPr>
          <w:b w:val="0"/>
          <w:sz w:val="20"/>
        </w:rPr>
        <w:t>- Justificante de medios económicos (contrato de trabajo, nóminas, declaración de IRPF).</w:t>
      </w:r>
    </w:p>
    <w:p>
      <w:r>
        <w:rPr>
          <w:b w:val="0"/>
          <w:sz w:val="20"/>
        </w:rPr>
        <w:t>- Título de residencia en vigor del reagrupante.</w:t>
      </w:r>
    </w:p>
    <w:p>
      <w:r>
        <w:rPr>
          <w:b w:val="0"/>
          <w:sz w:val="20"/>
        </w:rPr>
        <w:t>- Partida de nacimiento o documento que acredite el vínculo familiar.</w:t>
      </w:r>
    </w:p>
    <w:p>
      <w:r>
        <w:rPr>
          <w:b w:val="0"/>
          <w:sz w:val="20"/>
        </w:rPr>
        <w:t>- Documentación acreditativa del alojamiento adecuado.</w:t>
      </w:r>
    </w:p>
    <w:p/>
    <w:p>
      <w:r>
        <w:rPr>
          <w:b/>
          <w:sz w:val="20"/>
        </w:rPr>
        <w:t>Por todo lo anterior, SOLICITO:</w:t>
      </w:r>
    </w:p>
    <w:p>
      <w:r>
        <w:rPr>
          <w:b w:val="0"/>
          <w:sz w:val="20"/>
        </w:rPr>
        <w:t>Que se sirvan admitir esta solicitud de reagrupación familiar y, en su virtud, se proceda a la autorización correspondiente, conforme a la normativa vigente.</w:t>
      </w:r>
    </w:p>
    <w:p/>
    <w:p/>
    <w:p>
      <w:r>
        <w:rPr>
          <w:b w:val="0"/>
          <w:sz w:val="20"/>
        </w:rPr>
        <w:t>Lugar : ____________________________________________</w:t>
      </w:r>
    </w:p>
    <w:p>
      <w:r>
        <w:rPr>
          <w:b w:val="0"/>
          <w:sz w:val="20"/>
        </w:rPr>
        <w:t>Firma 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Reagrupante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Familiar Reagrupado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https://lex-familiar.com/modelo-solicitud-reagrupacion-familiar-colegio/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solicitud-reagrupacion-familiar-colegio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