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ORDEN DE ALEJAMIENTO</w:t>
      </w:r>
    </w:p>
    <w:p/>
    <w:p/>
    <w:p>
      <w:pPr>
        <w:jc w:val="center"/>
      </w:pPr>
      <w:r>
        <w:rPr>
          <w:b w:val="0"/>
          <w:sz w:val="20"/>
        </w:rPr>
        <w:t>AL JUZGADO DE VIOLENCIA SOBRE LA MUJER QUE POR TURNO CORRESPONDA</w:t>
      </w:r>
    </w:p>
    <w:p/>
    <w:p/>
    <w:p>
      <w:r>
        <w:rPr>
          <w:b/>
          <w:sz w:val="20"/>
        </w:rPr>
        <w:t>D./Dña. : ____________________________________________________________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>
      <w:r>
        <w:rPr>
          <w:b/>
          <w:sz w:val="20"/>
        </w:rPr>
        <w:t>Y como parte denunciante, EXPONE:</w:t>
      </w:r>
    </w:p>
    <w:p/>
    <w:p>
      <w:r>
        <w:rPr>
          <w:b w:val="0"/>
          <w:sz w:val="20"/>
        </w:rPr>
        <w:t>Que ha sufrido actos de violencia de género por parte de D./Dña. : 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Con domicilio en : ___________________________________________________</w:t>
      </w:r>
    </w:p>
    <w:p/>
    <w:p>
      <w:r>
        <w:rPr>
          <w:b/>
          <w:sz w:val="20"/>
        </w:rPr>
        <w:t>ANTECEDENTES Y HECHOS:</w:t>
      </w:r>
    </w:p>
    <w:p>
      <w:r>
        <w:rPr>
          <w:b w:val="0"/>
          <w:sz w:val="20"/>
        </w:rPr>
        <w:t>Que en fecha _______ tuvo lugar el/los siguientes hechos que motivan la presente solicitud de orden de alejamiento: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I. Competencia y jurisdicción según lo dispuesto en la Ley Orgánica 1/2004, de 28 de diciembre, de Medidas de Protección Integral contra la Violencia de Género.</w:t>
      </w:r>
    </w:p>
    <w:p>
      <w:r>
        <w:rPr>
          <w:b w:val="0"/>
          <w:sz w:val="20"/>
        </w:rPr>
        <w:t>II. Aplicación de los artículos 544 y siguientes de la Ley de Enjuiciamiento Criminal en relación con las medidas preventivas y de protección.</w:t>
      </w:r>
    </w:p>
    <w:p>
      <w:r>
        <w:rPr>
          <w:b w:val="0"/>
          <w:sz w:val="20"/>
        </w:rPr>
        <w:t>III. Solicitud de adopción de medidas cautelares de alejamiento conforme al artículo 544 ter de la Ley de Enjuiciamiento Criminal.</w:t>
      </w:r>
    </w:p>
    <w:p/>
    <w:p>
      <w:r>
        <w:rPr>
          <w:b/>
          <w:sz w:val="20"/>
        </w:rPr>
        <w:t>Por todo ello, SOLICITO:</w:t>
      </w:r>
    </w:p>
    <w:p>
      <w:r>
        <w:rPr>
          <w:b w:val="0"/>
          <w:sz w:val="20"/>
        </w:rPr>
        <w:t>1. Que se dicte orden de alejamiento contra D./Dña. ____________________________, prohibiéndole acercarse a menos de ______ metros del domicilio, lugar de trabajo y cualquier otro lugar frecuentado por la parte solicitante.</w:t>
      </w:r>
    </w:p>
    <w:p>
      <w:r>
        <w:rPr>
          <w:b w:val="0"/>
          <w:sz w:val="20"/>
        </w:rPr>
        <w:t>2. Que se establezca la prohibición de comunicación por cualquier medio con esta parte.</w:t>
      </w:r>
    </w:p>
    <w:p>
      <w:r>
        <w:rPr>
          <w:b w:val="0"/>
          <w:sz w:val="20"/>
        </w:rPr>
        <w:t>3. Que se adopten las medidas necesarias para garantizar la protección y seguridad de la víctima, incluyendo las previstas en la Ley Orgánica 1/2004.</w:t>
      </w:r>
    </w:p>
    <w:p/>
    <w:p>
      <w:r>
        <w:rPr>
          <w:b w:val="0"/>
          <w:sz w:val="20"/>
        </w:rPr>
        <w:t>En ____________________, a ______ de ______________ de ______.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FIRMADO POR EL/LA 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FIRMADO POR EL/LA ABOGADO/A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https://lex-familiar.com/modelo-solicitud-orden-de-alejamiento/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solicitud-orden-de-alejamiento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