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CAMBIO DE APELLIDOS ANTE EL REGISTRO CIVIL</w:t>
      </w:r>
    </w:p>
    <w:p/>
    <w:p/>
    <w:p>
      <w:r>
        <w:rPr>
          <w:b w:val="0"/>
          <w:sz w:val="20"/>
        </w:rPr>
        <w:t>Al Oficial del Registro Civil que corresponda:</w:t>
      </w:r>
    </w:p>
    <w:p/>
    <w:p>
      <w:r>
        <w:rPr>
          <w:b w:val="0"/>
          <w:sz w:val="20"/>
        </w:rPr>
        <w:t>Yo, ________________________________________________, con DNI/NIE número ____________________, y con domicilio a efectos de notificaciones en ____________________________________________, formulo la presente solicitud de cambio de apellidos conforme a lo previsto en el artículo 54 del Código Civil y demás normativa aplicable.</w:t>
      </w:r>
    </w:p>
    <w:p/>
    <w:p>
      <w:r>
        <w:rPr>
          <w:b/>
          <w:sz w:val="20"/>
        </w:rPr>
        <w:t>Expongo que los apellidos actuales que figuran en mi inscripción son los siguientes:</w:t>
      </w:r>
    </w:p>
    <w:p>
      <w:r>
        <w:rPr>
          <w:b w:val="0"/>
          <w:sz w:val="20"/>
        </w:rPr>
        <w:t>Primer apellido: ____________________________________________________________</w:t>
      </w:r>
    </w:p>
    <w:p>
      <w:r>
        <w:rPr>
          <w:b w:val="0"/>
          <w:sz w:val="20"/>
        </w:rPr>
        <w:t>Segundo apellido: ___________________________________________________________</w:t>
      </w:r>
    </w:p>
    <w:p/>
    <w:p>
      <w:r>
        <w:rPr>
          <w:b/>
          <w:sz w:val="20"/>
        </w:rPr>
        <w:t>Solicito que sean cambiados por los siguientes:</w:t>
      </w:r>
    </w:p>
    <w:p>
      <w:r>
        <w:rPr>
          <w:b w:val="0"/>
          <w:sz w:val="20"/>
        </w:rPr>
        <w:t>Primer apellido deseado: ____________________________________________________</w:t>
      </w:r>
    </w:p>
    <w:p>
      <w:r>
        <w:rPr>
          <w:b w:val="0"/>
          <w:sz w:val="20"/>
        </w:rPr>
        <w:t>Segundo apellido deseado: ___________________________________________________</w:t>
      </w:r>
    </w:p>
    <w:p/>
    <w:p>
      <w:r>
        <w:rPr>
          <w:b/>
          <w:sz w:val="20"/>
        </w:rPr>
        <w:t>Los motivos que fundamentan esta solicitud son los siguientes: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 efectos de acreditar la justificación de la presente solicitud, adjunto la siguiente documentación:</w:t>
      </w:r>
    </w:p>
    <w:p>
      <w:r>
        <w:rPr>
          <w:b w:val="0"/>
          <w:sz w:val="20"/>
        </w:rPr>
        <w:t>- Copia del DNI/NIE.</w:t>
      </w:r>
    </w:p>
    <w:p>
      <w:r>
        <w:rPr>
          <w:b w:val="0"/>
          <w:sz w:val="20"/>
        </w:rPr>
        <w:t>- Certificado literal de nacimiento.</w:t>
      </w:r>
    </w:p>
    <w:p>
      <w:r>
        <w:rPr>
          <w:b w:val="0"/>
          <w:sz w:val="20"/>
        </w:rPr>
        <w:t>- Documentación que acredita el motivo del cambio de apellidos.</w:t>
      </w:r>
    </w:p>
    <w:p>
      <w:r>
        <w:rPr>
          <w:b w:val="0"/>
          <w:sz w:val="20"/>
        </w:rPr>
        <w:t>- Otros documentos que se consideren necesarios.</w:t>
      </w:r>
    </w:p>
    <w:p/>
    <w:p>
      <w:r>
        <w:rPr>
          <w:b w:val="0"/>
          <w:sz w:val="20"/>
        </w:rPr>
        <w:t>En virtud de lo anterior, solicito que se proceda a la modificación registral de mis apellidos conforme a lo solicitado.</w:t>
      </w:r>
    </w:p>
    <w:p/>
    <w:p/>
    <w:p>
      <w:r>
        <w:rPr>
          <w:b w:val="0"/>
          <w:sz w:val="20"/>
        </w:rPr>
        <w:t>Lugar : __________________________________</w:t>
      </w:r>
    </w:p>
    <w:p>
      <w:r>
        <w:rPr>
          <w:b w:val="0"/>
          <w:sz w:val="20"/>
        </w:rPr>
        <w:t>Fecha : __________________________________</w:t>
      </w:r>
    </w:p>
    <w:p/>
    <w:p/>
    <w:p>
      <w:r>
        <w:rPr>
          <w:b w:val="0"/>
          <w:sz w:val="20"/>
        </w:rPr>
        <w:t>Firma : 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DATOS DEL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DATOS DEL FUNCIONARIO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Nombre y Apellidos: _________________________________________</w:t>
              <w:br/>
              <w:t>DNI/NIE: ________________________________</w:t>
              <w:br/>
              <w:t>Domicilio: 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Nombre y Apellidos: _________________________________________</w:t>
              <w:br/>
              <w:t>Cargo: ________________________________________________</w:t>
              <w:br/>
              <w:t>Firma y Sello: 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presentación: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resolución: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https://lex-familiar.com/modelo-solicitud-de-cambio-de-apellidos-ante-el-registro-civil/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solicitud-de-cambio-de-apellidos-ante-el-registro-civi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