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SOLICITUD DE CONCILIACIÓN FAMILIAR</w:t>
      </w:r>
    </w:p>
    <w:p/>
    <w:p/>
    <w:p>
      <w:r>
        <w:rPr>
          <w:b/>
          <w:sz w:val="20"/>
        </w:rPr>
        <w:t>AL JUZGADO DE FAMILIA QUE POR TURNO CORRESPONDA:</w:t>
      </w:r>
    </w:p>
    <w:p/>
    <w:p>
      <w:r>
        <w:rPr>
          <w:b w:val="0"/>
          <w:sz w:val="20"/>
        </w:rPr>
        <w:t>D./Dña. ____________________________________________________________, mayor de edad, con domicilio en ____________________________________________________________, con DNI nº ____________________, actuando en nombre propio/representando a ____________________________________________________________, ante este Juzgado comparezco y como mejor proceda en Derecho, DIGO:</w:t>
      </w:r>
    </w:p>
    <w:p/>
    <w:p>
      <w:r>
        <w:rPr>
          <w:b/>
          <w:sz w:val="20"/>
        </w:rPr>
        <w:t>Que mediante el presente escrito formulo SOLICITUD DE CONCILIACIÓN FAMILIAR conforme a lo establecido en el artículo 770 de la Ley de Enjuiciamiento Civil, por los motivos y fundamentos que a continuación expongo:</w:t>
      </w:r>
    </w:p>
    <w:p/>
    <w:p>
      <w:r>
        <w:rPr>
          <w:b/>
          <w:sz w:val="20"/>
        </w:rPr>
        <w:t>HECHOS:</w:t>
      </w:r>
    </w:p>
    <w:p>
      <w:r>
        <w:rPr>
          <w:b w:val="0"/>
          <w:sz w:val="20"/>
        </w:rPr>
        <w:t>Primero.- Que las partes están unidos por vínculo matrimonial o relación análoga y existen discrepancias que requieren mediación familiar para la resolución de conflictos.</w:t>
      </w:r>
    </w:p>
    <w:p>
      <w:r>
        <w:rPr>
          <w:b w:val="0"/>
          <w:sz w:val="20"/>
        </w:rPr>
        <w:t>Segundo.- Que se ha intentado, sin éxito, la comunicación directa para resolver las diferencias relativas a la guarda y custodia, régimen de visitas, pensión de alimentos y otros aspectos familiares.</w:t>
      </w:r>
    </w:p>
    <w:p>
      <w:r>
        <w:rPr>
          <w:b w:val="0"/>
          <w:sz w:val="20"/>
        </w:rPr>
        <w:t>Tercero.- Que conforme a la normativa vigente, se solicita la intervención de los órganos de conciliación familiar para facilitar un acuerdo entre las partes.</w:t>
      </w:r>
    </w:p>
    <w:p/>
    <w:p>
      <w:r>
        <w:rPr>
          <w:b/>
          <w:sz w:val="20"/>
        </w:rPr>
        <w:t>FUNDAMENTOS DE DERECHO:</w:t>
      </w:r>
    </w:p>
    <w:p>
      <w:r>
        <w:rPr>
          <w:b w:val="0"/>
          <w:sz w:val="20"/>
        </w:rPr>
        <w:t>I. Competencia: Es competente el Juzgado de Familia conforme a lo previsto en los artículos 770 y siguientes de la Ley de Enjuiciamiento Civil.</w:t>
      </w:r>
    </w:p>
    <w:p>
      <w:r>
        <w:rPr>
          <w:b w:val="0"/>
          <w:sz w:val="20"/>
        </w:rPr>
        <w:t>II. Legitimación: El solicitante tiene interés legítimo para interponer la presente solicitud.</w:t>
      </w:r>
    </w:p>
    <w:p>
      <w:r>
        <w:rPr>
          <w:b w:val="0"/>
          <w:sz w:val="20"/>
        </w:rPr>
        <w:t>III. Procedimiento: La presente solicitud se ajusta al procedimiento de conciliación familiar previa a la interposición de demandas judiciales en materia de familia.</w:t>
      </w:r>
    </w:p>
    <w:p/>
    <w:p>
      <w:r>
        <w:rPr>
          <w:b/>
          <w:sz w:val="20"/>
        </w:rPr>
        <w:t>Por todo lo expuesto, SOLICITO:</w:t>
      </w:r>
    </w:p>
    <w:p>
      <w:r>
        <w:rPr>
          <w:b w:val="0"/>
          <w:sz w:val="20"/>
        </w:rPr>
        <w:t>1. Admitir esta solicitud de conciliación familiar.</w:t>
      </w:r>
    </w:p>
    <w:p>
      <w:r>
        <w:rPr>
          <w:b w:val="0"/>
          <w:sz w:val="20"/>
        </w:rPr>
        <w:t>2. Citar a las partes para la celebración del acto de conciliación en fecha que se señale.</w:t>
      </w:r>
    </w:p>
    <w:p>
      <w:r>
        <w:rPr>
          <w:b w:val="0"/>
          <w:sz w:val="20"/>
        </w:rPr>
        <w:t>3. En su caso, facilitar la resolución amistosa de las controversias existentes entre las partes.</w:t>
      </w:r>
    </w:p>
    <w:p/>
    <w:p>
      <w:r>
        <w:rPr>
          <w:b w:val="0"/>
          <w:sz w:val="20"/>
        </w:rPr>
        <w:t>En ____________________________, a ____ de ____________________ de ______.</w:t>
      </w:r>
    </w:p>
    <w:p/>
    <w:p/>
    <w:p>
      <w:r>
        <w:rPr>
          <w:b/>
          <w:sz w:val="20"/>
        </w:rPr>
        <w:t>Firma del solicitante:</w:t>
      </w:r>
    </w:p>
    <w:p>
      <w:r>
        <w:rPr>
          <w:b w:val="0"/>
          <w:sz w:val="20"/>
        </w:rPr>
        <w:t>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Solicitante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Representante Legal (si procede)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https://lex-familiar.com/modelo-solicitud-conciliacion-familiar/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https://lex-familiar.com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lex-familiar.com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amiliar.com/modelo-solicitud-conciliacion-familiar/" TargetMode="External"/><Relationship Id="rId10" Type="http://schemas.openxmlformats.org/officeDocument/2006/relationships/hyperlink" Target="https://lex-famili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