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RENUNCIA A LA PATRIA POTESTAD</w:t>
      </w:r>
    </w:p>
    <w:p/>
    <w:p/>
    <w:p>
      <w:r>
        <w:rPr>
          <w:b/>
          <w:sz w:val="20"/>
        </w:rPr>
        <w:t>REUNIDOS:</w:t>
      </w:r>
    </w:p>
    <w:p>
      <w:r>
        <w:rPr>
          <w:b w:val="0"/>
          <w:sz w:val="20"/>
        </w:rPr>
        <w:t>Don/Doña ____________________________________________________________, mayor de edad, con domicilio en _________________________________________________________, y con DNI nº ____________________________, en calidad de progenitor/a del menor ________________________________________________________, a quien representa legalmente.</w:t>
      </w:r>
    </w:p>
    <w:p/>
    <w:p>
      <w:r>
        <w:rPr>
          <w:b/>
          <w:sz w:val="20"/>
        </w:rPr>
        <w:t>EXPONEN:</w:t>
      </w:r>
    </w:p>
    <w:p>
      <w:r>
        <w:rPr>
          <w:b w:val="0"/>
          <w:sz w:val="20"/>
        </w:rPr>
        <w:t>I. Que el/la mencionado/a progenitor/a desea renunciar expresamente y de forma voluntaria a la patria potestad que ostenta sobre el menor indicado.</w:t>
      </w:r>
    </w:p>
    <w:p>
      <w:r>
        <w:rPr>
          <w:b w:val="0"/>
          <w:sz w:val="20"/>
        </w:rPr>
        <w:t>II. Que esta renuncia se realiza conforme a lo dispuesto en el Código Civil español, y con pleno conocimiento de las consecuencias jurídicas que ello implica.</w:t>
      </w:r>
    </w:p>
    <w:p>
      <w:r>
        <w:rPr>
          <w:b w:val="0"/>
          <w:sz w:val="20"/>
        </w:rPr>
        <w:t>III. Que se ha informado debidamente de los efectos legales derivados de esta renuncia, así como de las posibles limitaciones y obligaciones que subsisten respecto al menor.</w:t>
      </w:r>
    </w:p>
    <w:p/>
    <w:p>
      <w:r>
        <w:rPr>
          <w:b/>
          <w:sz w:val="20"/>
        </w:rPr>
        <w:t>POR TODO ELLO, SE ACUERDA:</w:t>
      </w:r>
    </w:p>
    <w:p>
      <w:r>
        <w:rPr>
          <w:b w:val="0"/>
          <w:sz w:val="20"/>
        </w:rPr>
        <w:t>Primero.- Don/Doña __________________________________________________ renuncia de forma voluntaria y consciente a la patria potestad que le corresponde sobre el menor ______________________________________________________________.</w:t>
      </w:r>
    </w:p>
    <w:p>
      <w:r>
        <w:rPr>
          <w:b w:val="0"/>
          <w:sz w:val="20"/>
        </w:rPr>
        <w:t>Segundo.- Esta renuncia implica la pérdida de todos los derechos y deberes inherentes a la patria potestad, salvo aquellos que, por ley, permanezcan vigentes o sean reconocidos por resolución judicial.</w:t>
      </w:r>
    </w:p>
    <w:p>
      <w:r>
        <w:rPr>
          <w:b w:val="0"/>
          <w:sz w:val="20"/>
        </w:rPr>
        <w:t>Tercero.- Don/Doña __________________________________________________ se compromete a respetar las decisiones judiciales y administrativas que afecten al cuidado, custodia y representación legal del menor.</w:t>
      </w:r>
    </w:p>
    <w:p>
      <w:r>
        <w:rPr>
          <w:b w:val="0"/>
          <w:sz w:val="20"/>
        </w:rPr>
        <w:t>Cuarto.- La presente renuncia se realiza sin que medie dolo, error, violencia o intimidación alguna, siendo consciente de su alcance y efectos.</w:t>
      </w:r>
    </w:p>
    <w:p>
      <w:r>
        <w:rPr>
          <w:b w:val="0"/>
          <w:sz w:val="20"/>
        </w:rPr>
        <w:t>Quinto.- El otorgamiento de esta renuncia se hace a los efectos legales oportunos y para su constancia en los registros y archivos que correspondan.</w:t>
      </w:r>
    </w:p>
    <w:p/>
    <w:p>
      <w:pPr>
        <w:jc w:val="center"/>
      </w:pPr>
      <w:r>
        <w:rPr>
          <w:b w:val="0"/>
          <w:sz w:val="20"/>
        </w:rPr>
        <w:t>Y en prueba de conformidad, se firma el presente documento.</w:t>
      </w:r>
    </w:p>
    <w:p/>
    <w:p/>
    <w:p/>
    <w:p>
      <w:r>
        <w:rPr>
          <w:b w:val="0"/>
          <w:sz w:val="20"/>
        </w:rPr>
        <w:t>Lugar: _______________________________________</w:t>
      </w:r>
    </w:p>
    <w:p>
      <w:r>
        <w:rPr>
          <w:b w:val="0"/>
          <w:sz w:val="20"/>
        </w:rPr>
        <w:t>Fecha: _______________________________________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PROGENITOR/A QUE RENUNCIA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DEL/DE LA MENOR (si procede)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https://lex-familiar.com/modelo-renuncia-patria-potestad/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renuncia-patria-potestad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