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DENUNCIA POR IMPAGO DE PENSIONES ALIMENTICIAS</w:t>
      </w:r>
    </w:p>
    <w:p/>
    <w:p>
      <w:r>
        <w:rPr>
          <w:b/>
          <w:sz w:val="20"/>
        </w:rPr>
        <w:t>DATOS DEL DENUNCIANTE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DATOS DEL DENUNCIADO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DATOS DEL MENOR O BENEFICIARIO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Fecha de nacimiento : _______________________________________________</w:t>
      </w:r>
    </w:p>
    <w:p>
      <w:r>
        <w:rPr>
          <w:b w:val="0"/>
          <w:sz w:val="20"/>
        </w:rPr>
        <w:t>DNI/NIE (si procede) : _______________________________________________</w:t>
      </w:r>
    </w:p>
    <w:p/>
    <w:p>
      <w:r>
        <w:rPr>
          <w:b/>
          <w:sz w:val="20"/>
        </w:rPr>
        <w:t>EXPONGO :</w:t>
      </w:r>
    </w:p>
    <w:p>
      <w:r>
        <w:rPr>
          <w:b w:val="0"/>
          <w:sz w:val="20"/>
        </w:rPr>
        <w:t>Primero.- Que existe resolución judicial o convenio regulador que establece la obligación de pago de pensión alimenticia a favor del menor o beneficiario anteriormente citado.</w:t>
      </w:r>
    </w:p>
    <w:p>
      <w:r>
        <w:rPr>
          <w:b w:val="0"/>
          <w:sz w:val="20"/>
        </w:rPr>
        <w:t>Segundo.- Que el denunciado no ha efectuado el pago de la pensión alimenticia correspondiente a los siguientes periodos: ___________________________________________________________.</w:t>
      </w:r>
    </w:p>
    <w:p>
      <w:r>
        <w:rPr>
          <w:b w:val="0"/>
          <w:sz w:val="20"/>
        </w:rPr>
        <w:t>Tercero.- Que dicho impago ha provocado graves perjuicios en la subsistencia y bienestar del menor o beneficiario.</w:t>
      </w:r>
    </w:p>
    <w:p>
      <w:r>
        <w:rPr>
          <w:b w:val="0"/>
          <w:sz w:val="20"/>
        </w:rPr>
        <w:t>Cuarto.- Que tras múltiples intentos de requerimiento y conciliación extrajudicial, no se ha obtenido respuesta ni cumplimiento por parte del denunciado.</w:t>
      </w:r>
    </w:p>
    <w:p/>
    <w:p>
      <w:r>
        <w:rPr>
          <w:b/>
          <w:sz w:val="20"/>
        </w:rPr>
        <w:t>FUNDAMENTOS DE DERECHO :</w:t>
      </w:r>
    </w:p>
    <w:p>
      <w:r>
        <w:rPr>
          <w:b w:val="0"/>
          <w:sz w:val="20"/>
        </w:rPr>
        <w:t>I.- En virtud del artículo 227 del Código Penal, el impago reiterado de la pensión alimenticia constituye un delito perseguible de oficio.</w:t>
      </w:r>
    </w:p>
    <w:p>
      <w:r>
        <w:rPr>
          <w:b w:val="0"/>
          <w:sz w:val="20"/>
        </w:rPr>
        <w:t>II.- Conforme a lo establecido en el artículo 142 del Código Civil, la obligación de prestar alimentos es exigible y debe cumplirse en los términos fijados por el órgano judicial.</w:t>
      </w:r>
    </w:p>
    <w:p>
      <w:r>
        <w:rPr>
          <w:b w:val="0"/>
          <w:sz w:val="20"/>
        </w:rPr>
        <w:t>III.- Procede interponer la presente denuncia para que se adopten las medidas legales oportunas para garantizar el cumplimiento de las obligaciones económicas del denunciado.</w:t>
      </w:r>
    </w:p>
    <w:p/>
    <w:p>
      <w:r>
        <w:rPr>
          <w:b/>
          <w:sz w:val="20"/>
        </w:rPr>
        <w:t>A LA AUTORIDAD COMPETENTE :</w:t>
      </w:r>
    </w:p>
    <w:p>
      <w:r>
        <w:rPr>
          <w:b w:val="0"/>
          <w:sz w:val="20"/>
        </w:rPr>
        <w:t>Que, teniendo por presentado este escrito, se admita la denuncia por impago de pensiones alimenticias contra el Sr./Sra. ______________________________, y se instruyan las diligencias correspondientes, adoptándose las medidas legales necesarias para garantizar el pago inmediato de las cantidades adeudadas y las responsabilidades penales que correspondan.</w:t>
      </w:r>
    </w:p>
    <w:p>
      <w:r>
        <w:rPr>
          <w:b w:val="0"/>
          <w:sz w:val="20"/>
        </w:rPr>
        <w:t>Asimismo, se tenga en cuenta la situación de necesidad del menor o beneficiario y se adopten las medidas de protección adecuadas.</w:t>
      </w:r>
    </w:p>
    <w:p/>
    <w:p/>
    <w:p>
      <w:r>
        <w:rPr>
          <w:b w:val="0"/>
          <w:sz w:val="20"/>
        </w:rPr>
        <w:t>Lugar y fecha de la presentación 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DENUNCIANTE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ABOGADO / REPRESENTANTE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https://lex-familiar.com/modelo-denuncia-impago-pensiones-alimenticias/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nuncia-impago-pensiones-alimenticias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