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DENUNCIA DE ABANDONO DE FAMILIA</w:t>
      </w:r>
    </w:p>
    <w:p/>
    <w:p>
      <w:r>
        <w:rPr>
          <w:b/>
          <w:sz w:val="20"/>
        </w:rPr>
        <w:t>AL JUZGADO DE PRIMERA INSTANCIA QUE POR TURNO CORRESPONDA:</w:t>
      </w:r>
    </w:p>
    <w:p/>
    <w:p>
      <w:r>
        <w:rPr>
          <w:b w:val="0"/>
          <w:sz w:val="20"/>
        </w:rPr>
        <w:t>D./Dña. ________________________________________________________________, mayor de edad, con DNI nº ____________________, y domicilio a efectos de notificaciones en ________________________________________________________________, ante el Juzgado comparezco y, como mejor proceda, DIGO:</w:t>
      </w:r>
    </w:p>
    <w:p/>
    <w:p>
      <w:r>
        <w:rPr>
          <w:b w:val="0"/>
          <w:sz w:val="20"/>
        </w:rPr>
        <w:t>Que mediante el presente escrito interpongo DENUNCIA por abandono de familia contra D./Dña. ________________________________________________________________, mayor de edad, con DNI nº ____________________, con domicilio en ________________________________________________________________, en base a los siguientes HECHOS y FUNDAMENTOS DE DERECHO.</w:t>
      </w:r>
    </w:p>
    <w:p/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Primero.- Que el denunciado es cónyuge/padre/madre de los siguientes menores o familiares sujetos a obligación de alimentos:</w:t>
      </w:r>
    </w:p>
    <w:p>
      <w:r>
        <w:rPr>
          <w:b w:val="0"/>
          <w:sz w:val="20"/>
        </w:rPr>
        <w:t>Nombre/s y Apellidos : _________________________________________________</w:t>
      </w:r>
    </w:p>
    <w:p>
      <w:r>
        <w:rPr>
          <w:b w:val="0"/>
          <w:sz w:val="20"/>
        </w:rPr>
        <w:t>Fecha de nacimiento : _________________________________________________</w:t>
      </w:r>
    </w:p>
    <w:p>
      <w:r>
        <w:rPr>
          <w:b w:val="0"/>
          <w:sz w:val="20"/>
        </w:rPr>
        <w:t>Relación con el denunciado : ____________________________________________</w:t>
      </w:r>
    </w:p>
    <w:p/>
    <w:p>
      <w:r>
        <w:rPr>
          <w:b w:val="0"/>
          <w:sz w:val="20"/>
        </w:rPr>
        <w:t>Segundo.- Que el denunciado ha abandonado el hogar familiar y ha incumplido su obligación de prestar alimentos y cuidados a los referidos familiares, desde hace un periodo continuado de tiempo suficiente para configurar el abandono según lo previsto en el artículo 227 del Código Civil y demás normativa aplicable.</w:t>
      </w:r>
    </w:p>
    <w:p/>
    <w:p>
      <w:r>
        <w:rPr>
          <w:b w:val="0"/>
          <w:sz w:val="20"/>
        </w:rPr>
        <w:t>Tercero.- Que se ha intentado, sin éxito, contactar y requerir al denunciado para que cumpla con sus obligaciones familiares, sin que exista justificación plausible para su comportamiento.</w:t>
      </w:r>
    </w:p>
    <w:p/>
    <w:p>
      <w:r>
        <w:rPr>
          <w:b w:val="0"/>
          <w:sz w:val="20"/>
        </w:rPr>
        <w:t>Cuarto.- Que el abandono ha provocado perjuicios materiales y morales a los menores/familiares afectados, a quienes se les está privando del necesario sustento, cuidado y asistencia.</w:t>
      </w:r>
    </w:p>
    <w:p/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Jurisdicción y competencia.</w:t>
      </w:r>
    </w:p>
    <w:p>
      <w:r>
        <w:rPr>
          <w:b w:val="0"/>
          <w:sz w:val="20"/>
        </w:rPr>
        <w:t>Es competente el Juzgado de Primera Instancia del domicilio de los menores o familiares afectados, conforme a lo establecido en los artículos 50 y siguientes de la Ley de Enjuiciamiento Civil.</w:t>
      </w:r>
    </w:p>
    <w:p/>
    <w:p>
      <w:r>
        <w:rPr>
          <w:b w:val="0"/>
          <w:sz w:val="20"/>
        </w:rPr>
        <w:t>II. Legitimación.</w:t>
      </w:r>
    </w:p>
    <w:p>
      <w:r>
        <w:rPr>
          <w:b w:val="0"/>
          <w:sz w:val="20"/>
        </w:rPr>
        <w:t>La parte denunciante está legitimada para interponer esta denuncia en calidad de ________________________________ (cónyuge, representante legal, tutor, etc.).</w:t>
      </w:r>
    </w:p>
    <w:p/>
    <w:p>
      <w:r>
        <w:rPr>
          <w:b w:val="0"/>
          <w:sz w:val="20"/>
        </w:rPr>
        <w:t>III. Normativa aplicable.</w:t>
      </w:r>
    </w:p>
    <w:p>
      <w:r>
        <w:rPr>
          <w:b w:val="0"/>
          <w:sz w:val="20"/>
        </w:rPr>
        <w:t>El presente procedimiento se fundamenta en lo dispuesto en los artículos 143, 154 y 227 y concordantes del Código Civil, así como en la Ley 1/2000, de Enjuiciamiento Civil, y demás normativa complementaria.</w:t>
      </w:r>
    </w:p>
    <w:p/>
    <w:p/>
    <w:p>
      <w:r>
        <w:rPr>
          <w:b/>
          <w:sz w:val="20"/>
        </w:rPr>
        <w:t>Por todo lo expuesto, SUPLICO al Juzgado:</w:t>
      </w:r>
    </w:p>
    <w:p>
      <w:r>
        <w:rPr>
          <w:b w:val="0"/>
          <w:sz w:val="20"/>
        </w:rPr>
        <w:t>1. Que teniendo por presentado este escrito de denuncia por abandono de familia, se admita y se acuerden las medidas necesarias para la protección de los menores/familiares afectados.</w:t>
      </w:r>
    </w:p>
    <w:p>
      <w:r>
        <w:rPr>
          <w:b w:val="0"/>
          <w:sz w:val="20"/>
        </w:rPr>
        <w:t>2. Que se requiera al denunciado para que cumpla con su obligación de alimentos y cuidado, bajo apercibimiento de las sanciones legales que procedan.</w:t>
      </w:r>
    </w:p>
    <w:p>
      <w:r>
        <w:rPr>
          <w:b w:val="0"/>
          <w:sz w:val="20"/>
        </w:rPr>
        <w:t>3. Que se adopten las medidas provisionales oportunas para garantizar la subsistencia y bienestar de las personas afectadas.</w:t>
      </w:r>
    </w:p>
    <w:p>
      <w:r>
        <w:rPr>
          <w:b w:val="0"/>
          <w:sz w:val="20"/>
        </w:rPr>
        <w:t>4. Que se practiquen las diligencias que el Juzgado estime pertinentes para el esclarecimiento de los hechos y la protección de los derechos de los menores/familiares.</w:t>
      </w:r>
    </w:p>
    <w:p/>
    <w:p>
      <w:r>
        <w:rPr>
          <w:b w:val="0"/>
          <w:sz w:val="20"/>
        </w:rPr>
        <w:t>Es Justicia que pido en ___________________________, a ___________________________.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DENUNCIADO (si se conoce)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https://lex-familiar.com/modelo-denuncia-abandono-de-familia/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nuncia-abandono-de-famili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