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DEMANDA DE RESPONSABILIDAD CIVIL CONTRACTUAL</w:t>
      </w:r>
    </w:p>
    <w:p/>
    <w:p>
      <w:r>
        <w:rPr>
          <w:b/>
          <w:sz w:val="20"/>
        </w:rPr>
        <w:t>Parte Demandante:</w:t>
      </w:r>
    </w:p>
    <w:p>
      <w:r>
        <w:rPr>
          <w:b w:val="0"/>
          <w:sz w:val="20"/>
        </w:rPr>
        <w:t>Nombre y Apellidos / Razón Social: ____________________________________________</w:t>
      </w:r>
    </w:p>
    <w:p>
      <w:r>
        <w:rPr>
          <w:b w:val="0"/>
          <w:sz w:val="20"/>
        </w:rPr>
        <w:t>DNI / CIF: _________________________________________________________________</w:t>
      </w:r>
    </w:p>
    <w:p>
      <w:r>
        <w:rPr>
          <w:b w:val="0"/>
          <w:sz w:val="20"/>
        </w:rPr>
        <w:t>Domicilio a efectos de notificaciones: _________________________________________</w:t>
      </w:r>
    </w:p>
    <w:p>
      <w:r>
        <w:rPr>
          <w:b w:val="0"/>
          <w:sz w:val="20"/>
        </w:rPr>
        <w:t>Teléfono: _________________________________________________________________</w:t>
      </w:r>
    </w:p>
    <w:p/>
    <w:p>
      <w:r>
        <w:rPr>
          <w:b/>
          <w:sz w:val="20"/>
        </w:rPr>
        <w:t>Parte Demandada:</w:t>
      </w:r>
    </w:p>
    <w:p>
      <w:r>
        <w:rPr>
          <w:b w:val="0"/>
          <w:sz w:val="20"/>
        </w:rPr>
        <w:t>Nombre y Apellidos / Razón Social: ____________________________________________</w:t>
      </w:r>
    </w:p>
    <w:p>
      <w:r>
        <w:rPr>
          <w:b w:val="0"/>
          <w:sz w:val="20"/>
        </w:rPr>
        <w:t>DNI / CIF: _________________________________________________________________</w:t>
      </w:r>
    </w:p>
    <w:p>
      <w:r>
        <w:rPr>
          <w:b w:val="0"/>
          <w:sz w:val="20"/>
        </w:rPr>
        <w:t>Domicilio a efectos de notificaciones: _________________________________________</w:t>
      </w:r>
    </w:p>
    <w:p>
      <w:r>
        <w:rPr>
          <w:b w:val="0"/>
          <w:sz w:val="20"/>
        </w:rPr>
        <w:t>Teléfono: _________________________________________________________________</w:t>
      </w:r>
    </w:p>
    <w:p/>
    <w:p>
      <w:r>
        <w:rPr>
          <w:b/>
          <w:sz w:val="20"/>
        </w:rPr>
        <w:t>HECHOS:</w:t>
      </w:r>
    </w:p>
    <w:p>
      <w:r>
        <w:rPr>
          <w:b w:val="0"/>
          <w:sz w:val="20"/>
        </w:rPr>
        <w:t>Primero.- Que entre las partes existe un contrato cuya existencia y contenido se declara y se acompaña a la presente demanda, en virtud del cual la parte demandada asume determinadas obligaciones que ha incumplido.</w:t>
      </w:r>
    </w:p>
    <w:p/>
    <w:p>
      <w:r>
        <w:rPr>
          <w:b w:val="0"/>
          <w:sz w:val="20"/>
        </w:rPr>
        <w:t>Segundo.- Que como consecuencia del incumplimiento contractual realizado por la parte demandada, la parte actora ha sufrido daños y perjuicios que se detallan a continuación.</w:t>
      </w:r>
    </w:p>
    <w:p/>
    <w:p>
      <w:r>
        <w:rPr>
          <w:b w:val="0"/>
          <w:sz w:val="20"/>
        </w:rPr>
        <w:t>Tercero.- Que la parte demandante ha intentado resolver la controversia de forma amistosa, sin que haya sido posible llegar a un acuerdo.</w:t>
      </w:r>
    </w:p>
    <w:p/>
    <w:p>
      <w:r>
        <w:rPr>
          <w:b/>
          <w:sz w:val="20"/>
        </w:rPr>
        <w:t>FUNDAMENTOS DE DERECHO:</w:t>
      </w:r>
    </w:p>
    <w:p>
      <w:r>
        <w:rPr>
          <w:b w:val="0"/>
          <w:sz w:val="20"/>
        </w:rPr>
        <w:t>Primero.- Competencia.</w:t>
      </w:r>
    </w:p>
    <w:p>
      <w:r>
        <w:rPr>
          <w:b w:val="0"/>
          <w:sz w:val="20"/>
        </w:rPr>
        <w:t>Es competente este Juzgado conforme a lo establecido en los artículos 50 y siguientes de la Ley de Enjuiciamiento Civil.</w:t>
      </w:r>
    </w:p>
    <w:p/>
    <w:p>
      <w:r>
        <w:rPr>
          <w:b w:val="0"/>
          <w:sz w:val="20"/>
        </w:rPr>
        <w:t>Segundo.- Legitimación.</w:t>
      </w:r>
    </w:p>
    <w:p>
      <w:r>
        <w:rPr>
          <w:b w:val="0"/>
          <w:sz w:val="20"/>
        </w:rPr>
        <w:t>La parte demandante ostenta legitimación activa por ser titular de los derechos vulnerados, y la parte demandada legitimación pasiva por ser la parte incumplidora del contrato.</w:t>
      </w:r>
    </w:p>
    <w:p/>
    <w:p>
      <w:r>
        <w:rPr>
          <w:b w:val="0"/>
          <w:sz w:val="20"/>
        </w:rPr>
        <w:t>Tercero.- Fondo del asunto.</w:t>
      </w:r>
    </w:p>
    <w:p>
      <w:r>
        <w:rPr>
          <w:b w:val="0"/>
          <w:sz w:val="20"/>
        </w:rPr>
        <w:t>El incumplimiento contractual constituye un incumplimiento de las obligaciones asumidas, conforme a los artículos 1101 y siguientes del Código Civil, que regulan la responsabilidad contractual y la indemnización de daños y perjuicios.</w:t>
      </w:r>
    </w:p>
    <w:p/>
    <w:p>
      <w:r>
        <w:rPr>
          <w:b/>
          <w:sz w:val="20"/>
        </w:rPr>
        <w:t>PETICIÓN:</w:t>
      </w:r>
    </w:p>
    <w:p>
      <w:r>
        <w:rPr>
          <w:b w:val="0"/>
          <w:sz w:val="20"/>
        </w:rPr>
        <w:t>Por todo lo expuesto,</w:t>
      </w:r>
    </w:p>
    <w:p>
      <w:r>
        <w:rPr>
          <w:b w:val="0"/>
          <w:sz w:val="20"/>
        </w:rPr>
        <w:t>SUPLICO AL JUZGADO:</w:t>
      </w:r>
    </w:p>
    <w:p>
      <w:r>
        <w:rPr>
          <w:b w:val="0"/>
          <w:sz w:val="20"/>
        </w:rPr>
        <w:t>1. Que tenga por interpuesta demanda de reclamación de responsabilidad civil contractual contra la parte demandada.</w:t>
      </w:r>
    </w:p>
    <w:p>
      <w:r>
        <w:rPr>
          <w:b w:val="0"/>
          <w:sz w:val="20"/>
        </w:rPr>
        <w:t>2. Que se dicte sentencia condenando a la parte demandada a indemnizar a la parte demandante en la cantidad de _________________ euros (EUR) por los daños y prejuicios ocasionados, más los intereses legales desde la fecha del incumplimiento hasta su completo pago.</w:t>
      </w:r>
    </w:p>
    <w:p>
      <w:r>
        <w:rPr>
          <w:b w:val="0"/>
          <w:sz w:val="20"/>
        </w:rPr>
        <w:t>3. Que se condene en costas a la parte demandada.</w:t>
      </w:r>
    </w:p>
    <w:p/>
    <w:p/>
    <w:p>
      <w:r>
        <w:rPr>
          <w:b w:val="0"/>
          <w:sz w:val="20"/>
        </w:rPr>
        <w:t>Lugar y fecha: 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Parte Demandante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Abogado / Procurador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https://lex-familiar.com/modelo-demanda-responsabilidad-civil-contractual/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https://lex-familiar.com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lex-familiar.com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familiar.com/modelo-demanda-responsabilidad-civil-contractual/" TargetMode="External"/><Relationship Id="rId10" Type="http://schemas.openxmlformats.org/officeDocument/2006/relationships/hyperlink" Target="https://lex-famili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