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MODELO DE DEMANDA DE INCAPACITACIÓN POR ALZHEIMER</w:t>
      </w:r>
    </w:p>
    <w:p/>
    <w:p>
      <w:r>
        <w:rPr>
          <w:b/>
          <w:sz w:val="20"/>
        </w:rPr>
        <w:t>AL JUZGADO DE PRIMERA INSTANCIA QUE POR TURNO CORRESPONDA:</w:t>
      </w:r>
    </w:p>
    <w:p/>
    <w:p>
      <w:r>
        <w:rPr>
          <w:b w:val="0"/>
          <w:sz w:val="20"/>
        </w:rPr>
        <w:t>D./Dña. _____________________________________________, mayor de edad, con DNI nº ____________________, y domicilio a efectos de notificaciones en ____________________________________________, ante el Juzgado comparezco y, como mejor proceda en Derecho, DIGO:</w:t>
      </w:r>
    </w:p>
    <w:p/>
    <w:p>
      <w:r>
        <w:rPr>
          <w:b/>
          <w:sz w:val="20"/>
        </w:rPr>
        <w:t>EXPONGO:</w:t>
      </w:r>
    </w:p>
    <w:p/>
    <w:p>
      <w:r>
        <w:rPr>
          <w:b w:val="0"/>
          <w:sz w:val="20"/>
        </w:rPr>
        <w:t>Primero.- Que mediante el presente escrito formulo demanda de incapacitación judicial a favor de D./Dña. ___________________________________________, mayor de edad, con DNI nº ____________________, y con domicilio en ___________________________________________, por padecer enfermedad de Alzheimer, conforme a lo establecido en los artículos 753 y siguientes de la Ley de Enjuiciamiento Civil.</w:t>
      </w:r>
    </w:p>
    <w:p/>
    <w:p>
      <w:r>
        <w:rPr>
          <w:b w:val="0"/>
          <w:sz w:val="20"/>
        </w:rPr>
        <w:t>Segundo.- Que el estado de salud de la persona referida ha evolucionado hasta un punto en el que se encuentra imposibilitado para gobernar su persona y administrar sus bienes por sí mismo, teniendo diagnosticada la enfermedad de Alzheimer por profesionales médicos, tal y como se acreditará con los informes médicos que se aportan.</w:t>
      </w:r>
    </w:p>
    <w:p/>
    <w:p>
      <w:r>
        <w:rPr>
          <w:b w:val="0"/>
          <w:sz w:val="20"/>
        </w:rPr>
        <w:t>Tercero.- Que se acompaña a esta demanda el informe médico que acredita el estado de incapacidad del interesado, emitido por facultativo competente, según lo previsto en el artículo 756 de la Ley de Enjuiciamiento Civil.</w:t>
      </w:r>
    </w:p>
    <w:p/>
    <w:p>
      <w:r>
        <w:rPr>
          <w:b w:val="0"/>
          <w:sz w:val="20"/>
        </w:rPr>
        <w:t>Cuarto.- Que por todo lo expuesto, y en virtud de lo dispuesto en la legislación vigente, esta parte solicita que se declare judicialmente la incapacitación de D./Dña. __________________________________________, nombrando al demandante como tutor o a la persona que el Juzgado estime procedente para la tutela de la persona y administración de sus bienes.</w:t>
      </w:r>
    </w:p>
    <w:p/>
    <w:p>
      <w:r>
        <w:rPr>
          <w:b/>
          <w:sz w:val="20"/>
        </w:rPr>
        <w:t>FUNDAMENTOS DE DERECHO:</w:t>
      </w:r>
    </w:p>
    <w:p/>
    <w:p>
      <w:r>
        <w:rPr>
          <w:b w:val="0"/>
          <w:sz w:val="20"/>
        </w:rPr>
        <w:t>I. Competencia.- Es competente el Juzgado de Primera Instancia conforme a lo establecido en el artículo 753 y siguientes de la Ley de Enjuiciamiento Civil.</w:t>
      </w:r>
    </w:p>
    <w:p/>
    <w:p>
      <w:r>
        <w:rPr>
          <w:b w:val="0"/>
          <w:sz w:val="20"/>
        </w:rPr>
        <w:t>II. Legitimación.- La parte actora ostenta legitimación conforme a lo previsto en el artículo 754 de la Ley de Enjuiciamiento Civil.</w:t>
      </w:r>
    </w:p>
    <w:p/>
    <w:p>
      <w:r>
        <w:rPr>
          <w:b w:val="0"/>
          <w:sz w:val="20"/>
        </w:rPr>
        <w:t>III. Procedimiento.- Se sigue el procedimiento establecido en el Título XI, Capítulo II, Sección 1ª de la Ley de Enjuiciamiento Civil, relativo a la incapacitación judicial.</w:t>
      </w:r>
    </w:p>
    <w:p/>
    <w:p>
      <w:r>
        <w:rPr>
          <w:b w:val="0"/>
          <w:sz w:val="20"/>
        </w:rPr>
        <w:t>Por todo lo expuesto, SUPLICO AL JUZGADO que teniendo por presentado este escrito con sus copias y documentos acompañados, se sirva admitirlo, y en su virtud:</w:t>
      </w:r>
    </w:p>
    <w:p/>
    <w:p>
      <w:r>
        <w:rPr>
          <w:b w:val="0"/>
          <w:sz w:val="20"/>
        </w:rPr>
        <w:t>1º) Declare judicialmente la incapacitación de D./Dña. ______________________________________ por padecer enfermedad de Alzheimer que le imposibilita para gobernar su persona y administrar sus bienes.</w:t>
      </w:r>
    </w:p>
    <w:p>
      <w:r>
        <w:rPr>
          <w:b w:val="0"/>
          <w:sz w:val="20"/>
        </w:rPr>
        <w:t>2º) Nombre tutor al demandante o a la persona que el Juzgado considere procedente para la protección y guarda del incapacitado.</w:t>
      </w:r>
    </w:p>
    <w:p>
      <w:r>
        <w:rPr>
          <w:b w:val="0"/>
          <w:sz w:val="20"/>
        </w:rPr>
        <w:t>3º) Se dicten las medidas provisionales que se estimen necesarias para la adecuada protección de la persona y bienes del incapacitado.</w:t>
      </w:r>
    </w:p>
    <w:p>
      <w:r>
        <w:rPr>
          <w:b w:val="0"/>
          <w:sz w:val="20"/>
        </w:rPr>
        <w:t>4º) Se tenga por aportados los documentos adjuntos que acreditan los hechos y fundamentos de derecho expuestos.</w:t>
      </w:r>
    </w:p>
    <w:p/>
    <w:p>
      <w:r>
        <w:rPr>
          <w:b w:val="0"/>
          <w:sz w:val="20"/>
        </w:rPr>
        <w:t>Es Justicia que pido en ____________________, a ______ de __________________ de ______.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Fdo. Abogado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Fdo. Demandante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 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https://lex-familiar.com/modelo-demanda-de-incapacitacion-por-alzheimer/</w:t>
        </w:r>
      </w:hyperlink>
    </w:p>
    <w:p>
      <w:pPr>
        <w:jc w:val="center"/>
      </w:pPr>
      <w:r>
        <w:rPr>
          <w:color w:val="555555"/>
          <w:sz w:val="26"/>
        </w:rPr>
        <w:t>¿Le resultó útil esta plantilla?</w:t>
      </w:r>
    </w:p>
    <w:p>
      <w:pPr>
        <w:jc w:val="center"/>
      </w:pPr>
      <w:r>
        <w:rPr>
          <w:color w:val="555555"/>
          <w:sz w:val="26"/>
        </w:rPr>
        <w:t>Encuentre más plantillas actualizadas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https://lex-familiar.com</w:t>
        </w:r>
      </w:hyperlink>
    </w:p>
    <w:p>
      <w:pPr>
        <w:jc w:val="center"/>
      </w:pPr>
      <w:r>
        <w:rPr>
          <w:color w:val="808080"/>
          <w:sz w:val="20"/>
        </w:rPr>
        <w:t>Esta plantilla está destinada exclusivamente para uso personal y no comercial.</w:t>
        <w:br/>
        <w:t>En caso de distribución o publicación, es obligatorio mencionar la fuente. © lex-familiar.com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x-familiar.com/modelo-demanda-de-incapacitacion-por-alzheimer/" TargetMode="External"/><Relationship Id="rId10" Type="http://schemas.openxmlformats.org/officeDocument/2006/relationships/hyperlink" Target="https://lex-familia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