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DEMANDA DE CURATELA</w:t>
      </w:r>
    </w:p>
    <w:p/>
    <w:p/>
    <w:p>
      <w:pPr>
        <w:jc w:val="center"/>
      </w:pPr>
      <w:r>
        <w:rPr>
          <w:b/>
          <w:sz w:val="20"/>
        </w:rPr>
        <w:t>AL JUZGADO DE PRIMERA INSTANCIA QUE POR TURNO CORRESPONDA.</w:t>
      </w:r>
    </w:p>
    <w:p/>
    <w:p/>
    <w:p>
      <w:r>
        <w:rPr>
          <w:b w:val="0"/>
          <w:sz w:val="20"/>
        </w:rPr>
        <w:t>D./Dña. ________________________________, mayor de edad, con DNI nº ____________________, con domicilio en ________________________________________________________, y teléfono ____________________, en nombre propio / en calidad de representante legal de ________________________________________________________, ante el Juzgado comparezco y, como mejor proceda en Derecho, DIGO:</w:t>
      </w:r>
    </w:p>
    <w:p/>
    <w:p>
      <w:r>
        <w:rPr>
          <w:b/>
          <w:sz w:val="20"/>
        </w:rPr>
        <w:t>Que por medio del presente escrito interpongo demanda de CURATELA, en base a los siguientes</w:t>
      </w:r>
    </w:p>
    <w:p>
      <w:r>
        <w:rPr>
          <w:b/>
          <w:sz w:val="20"/>
        </w:rPr>
        <w:t>HECHOS</w:t>
      </w:r>
    </w:p>
    <w:p/>
    <w:p>
      <w:r>
        <w:rPr>
          <w:b w:val="0"/>
          <w:sz w:val="20"/>
        </w:rPr>
        <w:t>Primero. – Que el/La Sr./Sra. ________________________________, mayor de edad, con DNI nº ____________________, padece una discapacidad que le impide gobernarse por sí mismo y administrar adecuadamente sus bienes y persona.</w:t>
      </w:r>
    </w:p>
    <w:p/>
    <w:p>
      <w:r>
        <w:rPr>
          <w:b w:val="0"/>
          <w:sz w:val="20"/>
        </w:rPr>
        <w:t>Segundo. – Que a consecuencia de dicha discapacidad, el/La mencionado/a requiere la declaración judicial de su capacidad y la designación de un curador que vele por sus intereses y gestione su patrimonio conforme a lo establecido en el Código Civil y la legislación aplicable.</w:t>
      </w:r>
    </w:p>
    <w:p/>
    <w:p>
      <w:r>
        <w:rPr>
          <w:b w:val="0"/>
          <w:sz w:val="20"/>
        </w:rPr>
        <w:t>Tercero. – Que el/La solicitante cumple con los requisitos legales para ser nombrado/a curador/a del mencionado/a, disponiendo de la capacidad, idoneidad y disponibilidad necesarias para desempeñar dicha función.</w:t>
      </w:r>
    </w:p>
    <w:p/>
    <w:p>
      <w:r>
        <w:rPr>
          <w:b w:val="0"/>
          <w:sz w:val="20"/>
        </w:rPr>
        <w:t>Cuarto. – Que conforme a lo dispuesto en los artículos 229 y siguientes del Código Civil, procede la apertura del correspondiente expediente judicial para la declaración de la curatela y consecuente nombramiento de curador para la persona mencionada.</w:t>
      </w:r>
    </w:p>
    <w:p/>
    <w:p/>
    <w:p>
      <w:r>
        <w:rPr>
          <w:b/>
          <w:sz w:val="20"/>
        </w:rPr>
        <w:t>Por todo lo anterior, SUPLICO AL JUZGADO:</w:t>
      </w:r>
    </w:p>
    <w:p/>
    <w:p>
      <w:r>
        <w:rPr>
          <w:b w:val="0"/>
          <w:sz w:val="20"/>
        </w:rPr>
        <w:t>1. Que teniendo por presentado este escrito, se sirva admitirlo, y en su virtud, se inicie el procedimiento de declaración de CURATELA a favor de ________________________________, a fin de proteger y salvaguardar sus derechos e intereses.</w:t>
      </w:r>
    </w:p>
    <w:p/>
    <w:p>
      <w:r>
        <w:rPr>
          <w:b w:val="0"/>
          <w:sz w:val="20"/>
        </w:rPr>
        <w:t>2. Que se designe como CURADOR/A a la persona de D./Dña. ________________________________, con DNI nº ____________________, quien ha manifestado su conformidad para desempeñar dicha función.</w:t>
      </w:r>
    </w:p>
    <w:p/>
    <w:p>
      <w:r>
        <w:rPr>
          <w:b w:val="0"/>
          <w:sz w:val="20"/>
        </w:rPr>
        <w:t>3. Que se dicte la resolución judicial que establezca las facultades y obligaciones del curador conforme a la legislación vigente.</w:t>
      </w:r>
    </w:p>
    <w:p/>
    <w:p>
      <w:r>
        <w:rPr>
          <w:b w:val="0"/>
          <w:sz w:val="20"/>
        </w:rPr>
        <w:t>4. Que se practiquen las diligencias y notificaciones necesarias para la correcta tramitación del procedimiento.</w:t>
      </w:r>
    </w:p>
    <w:p/>
    <w:p/>
    <w:p>
      <w:r>
        <w:rPr>
          <w:b/>
          <w:sz w:val="20"/>
        </w:rPr>
        <w:t>OTROSÍ DIGO:</w:t>
      </w:r>
    </w:p>
    <w:p/>
    <w:p>
      <w:r>
        <w:rPr>
          <w:b w:val="0"/>
          <w:sz w:val="20"/>
        </w:rPr>
        <w:t>Para el caso de que se estime oportuno, este compareciente solicita la práctica de prueba documental consistente en la aportación de informes médicos y cualquier otra documentación que acredite la discapacidad y necesidad de curatela.</w:t>
      </w:r>
    </w:p>
    <w:p/>
    <w:p>
      <w:r>
        <w:rPr>
          <w:b w:val="0"/>
          <w:sz w:val="20"/>
        </w:rPr>
        <w:t>Es Justicia que pido en ________________________, a ______ de ______________ de ______.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ABOGADO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https://lex-familiar.com/modelo-demanda-curatela-nuevo-codigo/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https://lex-familiar.com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lex-familiar.com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amiliar.com/modelo-demanda-curatela-nuevo-codigo/" TargetMode="External"/><Relationship Id="rId10" Type="http://schemas.openxmlformats.org/officeDocument/2006/relationships/hyperlink" Target="https://lex-famili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