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sz w:val="20"/>
        </w:rPr>
        <w:t>MODELO DE DEMANDA DE ADOPCIÓN DE MAYOR DE EDAD</w:t>
      </w:r>
    </w:p>
    <w:p/>
    <w:p/>
    <w:p>
      <w:pPr>
        <w:jc w:val="center"/>
      </w:pPr>
      <w:r>
        <w:rPr>
          <w:b w:val="0"/>
          <w:sz w:val="20"/>
        </w:rPr>
        <w:t>AL JUZGADO DE PRIMERA INSTANCIA QUE POR TURNO CORRESPONDA</w:t>
      </w:r>
    </w:p>
    <w:p/>
    <w:p/>
    <w:p>
      <w:r>
        <w:rPr>
          <w:b w:val="0"/>
          <w:sz w:val="20"/>
        </w:rPr>
        <w:t>D./Dña. ________________________________________________________, mayor de edad, con DNI nº ________________, con domicilio a efectos de notificaciones en ____________________________________________________, ante el Juzgado comparezco y, como mejor proceda en Derecho, DIGO:</w:t>
      </w:r>
    </w:p>
    <w:p/>
    <w:p>
      <w:r>
        <w:rPr>
          <w:b/>
          <w:sz w:val="20"/>
        </w:rPr>
        <w:t>PRIMERO.- Objeto de la demanda</w:t>
      </w:r>
    </w:p>
    <w:p>
      <w:r>
        <w:rPr>
          <w:b w:val="0"/>
          <w:sz w:val="20"/>
        </w:rPr>
        <w:t>Que mediante el presente escrito formulo DEMANDA DE ADOPCIÓN DE MAYOR DE EDAD, con base en lo dispuesto en los artículos 175 y siguientes del Código Civil, y en los términos que a continuación se exponen.</w:t>
      </w:r>
    </w:p>
    <w:p/>
    <w:p>
      <w:r>
        <w:rPr>
          <w:b/>
          <w:sz w:val="20"/>
        </w:rPr>
        <w:t>SEGUNDO.- Hechos</w:t>
      </w:r>
    </w:p>
    <w:p>
      <w:r>
        <w:rPr>
          <w:b w:val="0"/>
          <w:sz w:val="20"/>
        </w:rPr>
        <w:t>1. Que el/la adoptando/a es mayor de edad, nacido/a el día ______________, con DNI nº ______________.</w:t>
      </w:r>
    </w:p>
    <w:p>
      <w:r>
        <w:rPr>
          <w:b w:val="0"/>
          <w:sz w:val="20"/>
        </w:rPr>
        <w:t>2. Que mantengo una relación de afectividad y convivencia estable con el/la adoptando/a desde hace más de dos años, conforme a la prueba documental que se aporta.</w:t>
      </w:r>
    </w:p>
    <w:p>
      <w:r>
        <w:rPr>
          <w:b w:val="0"/>
          <w:sz w:val="20"/>
        </w:rPr>
        <w:t>3. Que la adopción solicitada se realiza con el propósito de establecer un vínculo jurídico que refuerce la relación personal y afectiva existente, garantizando derechos y deberes recíprocos conforme al ordenamiento jurídico español.</w:t>
      </w:r>
    </w:p>
    <w:p>
      <w:r>
        <w:rPr>
          <w:b w:val="0"/>
          <w:sz w:val="20"/>
        </w:rPr>
        <w:t>4. Que no existe impedimento legal para la adopción pretendida, y que la misma se ajusta a los principios y requisitos establecidos en el Código Civil.</w:t>
      </w:r>
    </w:p>
    <w:p/>
    <w:p>
      <w:r>
        <w:rPr>
          <w:b/>
          <w:sz w:val="20"/>
        </w:rPr>
        <w:t>TERCERO.- Fundamentos de Derecho</w:t>
      </w:r>
    </w:p>
    <w:p>
      <w:r>
        <w:rPr>
          <w:b w:val="0"/>
          <w:sz w:val="20"/>
        </w:rPr>
        <w:t>I. Competencia: conforme a lo establecido en el artículo 50 de la Ley de Enjuiciamiento Civil, es competente el Juzgado de Primera Instancia del domicilio del adoptado o, en su defecto, del adoptante.</w:t>
      </w:r>
    </w:p>
    <w:p>
      <w:r>
        <w:rPr>
          <w:b w:val="0"/>
          <w:sz w:val="20"/>
        </w:rPr>
        <w:t>II. Legitimación: conforme a los artículos 175 y siguientes del Código Civil, estoy legitimado/a para solicitar la adopción del mayor de edad.</w:t>
      </w:r>
    </w:p>
    <w:p>
      <w:r>
        <w:rPr>
          <w:b w:val="0"/>
          <w:sz w:val="20"/>
        </w:rPr>
        <w:t>III. Procedimiento: la presente demanda se formula conforme al procedimiento ordinario recogido en los artículos 757 y siguientes de la Ley de Enjuiciamiento Civil, en relación con la adopción de mayores de edad.</w:t>
      </w:r>
    </w:p>
    <w:p/>
    <w:p>
      <w:r>
        <w:rPr>
          <w:b/>
          <w:sz w:val="20"/>
        </w:rPr>
        <w:t>CUARTO.- Documentación que se adjunta</w:t>
      </w:r>
    </w:p>
    <w:p>
      <w:r>
        <w:rPr>
          <w:b w:val="0"/>
          <w:sz w:val="20"/>
        </w:rPr>
        <w:t>1. Copia del DNI del/de la demandante.</w:t>
      </w:r>
    </w:p>
    <w:p>
      <w:r>
        <w:rPr>
          <w:b w:val="0"/>
          <w:sz w:val="20"/>
        </w:rPr>
        <w:t>2. Copia del DNI del/de la adoptando/a.</w:t>
      </w:r>
    </w:p>
    <w:p>
      <w:r>
        <w:rPr>
          <w:b w:val="0"/>
          <w:sz w:val="20"/>
        </w:rPr>
        <w:t>3. Certificado/s que acrediten la convivencia y relación afectiva estable.</w:t>
      </w:r>
    </w:p>
    <w:p>
      <w:r>
        <w:rPr>
          <w:b w:val="0"/>
          <w:sz w:val="20"/>
        </w:rPr>
        <w:t>4. Informe social emitido por los servicios correspondientes, en su caso.</w:t>
      </w:r>
    </w:p>
    <w:p>
      <w:r>
        <w:rPr>
          <w:b w:val="0"/>
          <w:sz w:val="20"/>
        </w:rPr>
        <w:t>5. Cualquier otra documentación que se estime pertinente para la resolución del presente procedimiento.</w:t>
      </w:r>
    </w:p>
    <w:p/>
    <w:p>
      <w:r>
        <w:rPr>
          <w:b/>
          <w:sz w:val="20"/>
        </w:rPr>
        <w:t>SUPLICO AL JUZGADO:</w:t>
      </w:r>
    </w:p>
    <w:p>
      <w:r>
        <w:rPr>
          <w:b w:val="0"/>
          <w:sz w:val="20"/>
        </w:rPr>
        <w:t>Que teniendo por presentado este escrito con sus documentos, se sirva admitirlo, y en su virtud, se dicte sentencia por la que se acuerde la adopción de D./Dña. _____________________________________________________, mayor de edad, por parte del suscrito/a, con todos los efectos legales inherentes a dicha adopción.</w:t>
      </w:r>
    </w:p>
    <w:p/>
    <w:p>
      <w:r>
        <w:rPr>
          <w:b/>
          <w:sz w:val="20"/>
        </w:rPr>
        <w:t>OTROSÍ DIGO:</w:t>
      </w:r>
    </w:p>
    <w:p>
      <w:r>
        <w:rPr>
          <w:b w:val="0"/>
          <w:sz w:val="20"/>
        </w:rPr>
        <w:t>Que se sirva ordenar la práctica de cuantos medios de prueba estime oportunos para la acreditación de los hechos alegados, en especial la prueba documental, testifical y pericial social.</w:t>
      </w:r>
    </w:p>
    <w:p/>
    <w:p/>
    <w:p>
      <w:r>
        <w:rPr>
          <w:b w:val="0"/>
          <w:sz w:val="20"/>
        </w:rPr>
        <w:t>Lugar y fecha : _______________________________________________</w:t>
      </w:r>
    </w:p>
    <w:p/>
    <w:p/>
    <w:p/>
    <w:tbl>
      <w:tblPr>
        <w:tblW w:type="auto" w:w="0"/>
        <w:tblLayout w:type="autofit"/>
        <w:tblLook w:firstColumn="1" w:firstRow="1" w:lastColumn="0" w:lastRow="0" w:noHBand="0" w:noVBand="1" w:val="04A0"/>
      </w:tblPr>
      <w:tblGrid>
        <w:gridCol w:w="4986"/>
        <w:gridCol w:w="4986"/>
      </w:tblGrid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FIRMANTE (Demandante)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FIRMANTE (Adoptando/a)</w:t>
            </w:r>
          </w:p>
        </w:tc>
      </w:tr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br/>
              <w:br/>
              <w:t>Firma : _________________________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br/>
              <w:br/>
              <w:t>Firma : _________________________</w:t>
            </w:r>
          </w:p>
        </w:tc>
      </w:tr>
    </w:tbl>
    <w:p>
      <w:r>
        <w:br w:type="page"/>
      </w:r>
    </w:p>
    <w:p>
      <w:pPr>
        <w:jc w:val="center"/>
      </w:pPr>
      <w:r>
        <w:rPr>
          <w:color w:val="555555"/>
          <w:sz w:val="24"/>
        </w:rPr>
        <w:t>Fuente original de este documento:</w:t>
      </w:r>
    </w:p>
    <w:p>
      <w:pPr>
        <w:jc w:val="center"/>
      </w:pPr>
      <w:hyperlink r:id="rId9">
        <w:r>
          <w:rPr>
            <w:color w:val="0000FF"/>
            <w:u w:val="single"/>
          </w:rPr>
          <w:t>https://lex-familiar.com/modelo-demanda-adopcion-mayor-de-edad/</w:t>
        </w:r>
      </w:hyperlink>
    </w:p>
    <w:p>
      <w:pPr>
        <w:jc w:val="center"/>
      </w:pPr>
      <w:r>
        <w:rPr>
          <w:color w:val="555555"/>
          <w:sz w:val="26"/>
        </w:rPr>
        <w:t>¿Le resultó útil esta plantilla?</w:t>
      </w:r>
    </w:p>
    <w:p>
      <w:pPr>
        <w:jc w:val="center"/>
      </w:pPr>
      <w:r>
        <w:rPr>
          <w:color w:val="555555"/>
          <w:sz w:val="26"/>
        </w:rPr>
        <w:t>Encuentre más plantillas actualizadas en:</w:t>
      </w:r>
    </w:p>
    <w:p>
      <w:pPr>
        <w:jc w:val="center"/>
      </w:pPr>
      <w:hyperlink r:id="rId10">
        <w:r>
          <w:rPr>
            <w:color w:val="0000FF"/>
            <w:u w:val="single"/>
          </w:rPr>
          <w:t>https://lex-familiar.com</w:t>
        </w:r>
      </w:hyperlink>
    </w:p>
    <w:p>
      <w:pPr>
        <w:jc w:val="center"/>
      </w:pPr>
      <w:r>
        <w:rPr>
          <w:color w:val="808080"/>
          <w:sz w:val="20"/>
        </w:rPr>
        <w:t>Esta plantilla está destinada exclusivamente para uso personal y no comercial.</w:t>
        <w:br/>
        <w:t>En caso de distribución o publicación, es obligatorio mencionar la fuente. © lex-familiar.com</w:t>
      </w:r>
    </w:p>
    <w:sectPr w:rsidR="00FC693F" w:rsidRPr="0006063C" w:rsidSect="00034616">
      <w:pgSz w:w="12240" w:h="15840"/>
      <w:pgMar w:top="1134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yperlink" Target="https://lex-familiar.com/modelo-demanda-adopcion-mayor-de-edad/" TargetMode="External"/><Relationship Id="rId10" Type="http://schemas.openxmlformats.org/officeDocument/2006/relationships/hyperlink" Target="https://lex-familiar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