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ESCRITO PARA SOLICITAR CURATELA</w:t>
      </w:r>
    </w:p>
    <w:p/>
    <w:p/>
    <w:p>
      <w:r>
        <w:rPr>
          <w:b/>
          <w:sz w:val="20"/>
        </w:rPr>
        <w:t>Al Juzgado de Primera Instancia que por turno corresponda:</w:t>
      </w:r>
    </w:p>
    <w:p/>
    <w:p>
      <w:r>
        <w:rPr>
          <w:b/>
          <w:sz w:val="20"/>
        </w:rPr>
        <w:t>Don/Doña: _______________________________________________________________</w:t>
      </w:r>
    </w:p>
    <w:p>
      <w:r>
        <w:rPr>
          <w:b w:val="0"/>
          <w:sz w:val="20"/>
        </w:rPr>
        <w:t>Con DNI/NIE número: ______________________________________________________</w:t>
      </w:r>
    </w:p>
    <w:p>
      <w:r>
        <w:rPr>
          <w:b w:val="0"/>
          <w:sz w:val="20"/>
        </w:rPr>
        <w:t>Domiciliado/a en: _________________________________________________________</w:t>
      </w:r>
    </w:p>
    <w:p>
      <w:r>
        <w:rPr>
          <w:b w:val="0"/>
          <w:sz w:val="20"/>
        </w:rPr>
        <w:t>Teléfono de contacto: _____________________________________________________</w:t>
      </w:r>
    </w:p>
    <w:p/>
    <w:p>
      <w:r>
        <w:rPr>
          <w:b/>
          <w:sz w:val="20"/>
        </w:rPr>
        <w:t>EXPONE:</w:t>
      </w:r>
    </w:p>
    <w:p>
      <w:r>
        <w:rPr>
          <w:b w:val="0"/>
          <w:sz w:val="20"/>
        </w:rPr>
        <w:t>Primero.- Que por medio del presente escrito vengo a solicitar la declaración de curatela conforme a lo establecido en el Código Civil y la legislación vigente en materia de protección jurídica de las personas con discapacidad.</w:t>
      </w:r>
    </w:p>
    <w:p>
      <w:r>
        <w:rPr>
          <w:b w:val="0"/>
          <w:sz w:val="20"/>
        </w:rPr>
        <w:t>Segundo.- Que el presunto incapacitado/a, Don/Doña: ___________________________, con DNI/NIE número: _______________________, padece de ____________ (describir brevemente la situación que motiva la solicitud), presentando limitaciones en la toma de decisiones y en el desarrollo habitual de sus actividades que hacen necesaria la designación de un curador.</w:t>
      </w:r>
    </w:p>
    <w:p>
      <w:r>
        <w:rPr>
          <w:b w:val="0"/>
          <w:sz w:val="20"/>
        </w:rPr>
        <w:t>Tercero.- Que, en virtud de lo anterior, y para la protección de los intereses y derechos del interesado/a, solicito se declare la curatela y se designe a Don/Doña: ___________________________ como curador/a, con las facultades que se consideren oportunas.</w:t>
      </w:r>
    </w:p>
    <w:p/>
    <w:p>
      <w:r>
        <w:rPr>
          <w:b/>
          <w:sz w:val="20"/>
        </w:rPr>
        <w:t>FUNDAMENTOS DE DERECHO:</w:t>
      </w:r>
    </w:p>
    <w:p>
      <w:r>
        <w:rPr>
          <w:b w:val="0"/>
          <w:sz w:val="20"/>
        </w:rPr>
        <w:t>I. Competencia: conforme a lo establecido en el artículo 757 y siguientes de la Ley de Enjuiciamiento Civil.</w:t>
      </w:r>
    </w:p>
    <w:p>
      <w:r>
        <w:rPr>
          <w:b w:val="0"/>
          <w:sz w:val="20"/>
        </w:rPr>
        <w:t>II. Legitimación: en virtud del artículo 757.2 de la Ley de Enjuiciamiento Civil, ostento legitimación activa para solicitar la curatela.</w:t>
      </w:r>
    </w:p>
    <w:p>
      <w:r>
        <w:rPr>
          <w:b w:val="0"/>
          <w:sz w:val="20"/>
        </w:rPr>
        <w:t>III. Procedimiento: el presente procedimiento se regula conforme a lo previsto en la Ley 39/2006, de 14 de diciembre, del procedimiento administrativo común de las administraciones públicas, y en la normativa civil aplicable.</w:t>
      </w:r>
    </w:p>
    <w:p/>
    <w:p>
      <w:r>
        <w:rPr>
          <w:b w:val="0"/>
          <w:sz w:val="20"/>
        </w:rPr>
        <w:t>Por todo lo expuesto,</w:t>
      </w:r>
    </w:p>
    <w:p>
      <w:r>
        <w:rPr>
          <w:b/>
          <w:sz w:val="20"/>
        </w:rPr>
        <w:t>SOLICITO:</w:t>
      </w:r>
    </w:p>
    <w:p>
      <w:r>
        <w:rPr>
          <w:b w:val="0"/>
          <w:sz w:val="20"/>
        </w:rPr>
        <w:t>Que se tenga por presentado este escrito y, previos los trámites legales oportunos, se dicte resolución por la que se declare la curatela respecto de Don/Doña ___________________________, designando como curador/a a Don/Doña ___________________________ con las facultades que el Tribunal estime adecuadas.</w:t>
      </w:r>
    </w:p>
    <w:p/>
    <w:p>
      <w:r>
        <w:rPr>
          <w:b w:val="0"/>
          <w:sz w:val="20"/>
        </w:rPr>
        <w:t>En ___________________________, a ____ de ______________ de _______.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Curador Propuesto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</w:t>
              <w:br/>
              <w:t>Nombre: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t>Firma: ___________________________</w:t>
              <w:br/>
              <w:t>Nombre: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https://lex-familiar.com/modelo-de-escrito-para-solicitar-curatela/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https://lex-familiar.com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lex-familiar.com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familiar.com/modelo-de-escrito-para-solicitar-curatela/" TargetMode="External"/><Relationship Id="rId10" Type="http://schemas.openxmlformats.org/officeDocument/2006/relationships/hyperlink" Target="https://lex-famili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