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DE CONVIVENCIA</w:t>
      </w:r>
    </w:p>
    <w:p/>
    <w:p/>
    <w:p>
      <w:r>
        <w:rPr>
          <w:b/>
          <w:sz w:val="20"/>
        </w:rPr>
        <w:t>A QUIEN PUEDA INTERESAR:</w:t>
      </w:r>
    </w:p>
    <w:p/>
    <w:p>
      <w:r>
        <w:rPr>
          <w:b w:val="0"/>
          <w:sz w:val="20"/>
        </w:rPr>
        <w:t>El/la abajo firmante, en calidad de titular del Registro Civil de ____________________, CERTIFICA que:</w:t>
      </w:r>
    </w:p>
    <w:p/>
    <w:p>
      <w:r>
        <w:rPr>
          <w:b/>
          <w:sz w:val="20"/>
        </w:rPr>
        <w:t>1. Identificación de las personas que conviven:</w:t>
      </w:r>
    </w:p>
    <w:p>
      <w:r>
        <w:rPr>
          <w:b w:val="0"/>
          <w:sz w:val="20"/>
        </w:rPr>
        <w:t>Nombre y apellidos: ______________________________________________________</w:t>
      </w:r>
    </w:p>
    <w:p>
      <w:r>
        <w:rPr>
          <w:b w:val="0"/>
          <w:sz w:val="20"/>
        </w:rPr>
        <w:t>DNI/NIE/ Pasaporte: _______________________________________________________</w:t>
      </w:r>
    </w:p>
    <w:p>
      <w:r>
        <w:rPr>
          <w:b w:val="0"/>
          <w:sz w:val="20"/>
        </w:rPr>
        <w:t>Fecha de nacimiento: 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Nombre y apellidos: ______________________________________________________</w:t>
      </w:r>
    </w:p>
    <w:p>
      <w:r>
        <w:rPr>
          <w:b w:val="0"/>
          <w:sz w:val="20"/>
        </w:rPr>
        <w:t>DNI/NIE/ Pasaporte: _______________________________________________________</w:t>
      </w:r>
    </w:p>
    <w:p>
      <w:r>
        <w:rPr>
          <w:b w:val="0"/>
          <w:sz w:val="20"/>
        </w:rPr>
        <w:t>Fecha de nacimiento: _____________________________________________________</w:t>
      </w:r>
    </w:p>
    <w:p/>
    <w:p>
      <w:r>
        <w:rPr>
          <w:b/>
          <w:sz w:val="20"/>
        </w:rPr>
        <w:t>2. Declaración de convivencia:</w:t>
      </w:r>
    </w:p>
    <w:p>
      <w:r>
        <w:rPr>
          <w:b w:val="0"/>
          <w:sz w:val="20"/>
        </w:rPr>
        <w:t>Que las personas antes mencionadas conviven de forma estable, pública y notoria, en el mismo domicilio habitual, sito en:</w:t>
      </w:r>
    </w:p>
    <w:p>
      <w:r>
        <w:rPr>
          <w:b w:val="0"/>
          <w:sz w:val="20"/>
        </w:rPr>
        <w:t>Dirección: ________________________________________________________________</w:t>
      </w:r>
    </w:p>
    <w:p>
      <w:r>
        <w:rPr>
          <w:b w:val="0"/>
          <w:sz w:val="20"/>
        </w:rPr>
        <w:t>Código Postal: ___________________  Localidad: ____________________________</w:t>
      </w:r>
    </w:p>
    <w:p>
      <w:r>
        <w:rPr>
          <w:b w:val="0"/>
          <w:sz w:val="20"/>
        </w:rPr>
        <w:t>Provincia: ________________________________________________________________</w:t>
      </w:r>
    </w:p>
    <w:p/>
    <w:p>
      <w:r>
        <w:rPr>
          <w:b/>
          <w:sz w:val="20"/>
        </w:rPr>
        <w:t>3. Fundamento legal:</w:t>
      </w:r>
    </w:p>
    <w:p>
      <w:r>
        <w:rPr>
          <w:b w:val="0"/>
          <w:sz w:val="20"/>
        </w:rPr>
        <w:t>Este certificado se expide en virtud de lo establecido en el artículo 410 del Reglamento del Registro Civil y a efectos de acreditar la convivencia para los fines legales oportunos.</w:t>
      </w:r>
    </w:p>
    <w:p/>
    <w:p>
      <w:r>
        <w:rPr>
          <w:b/>
          <w:sz w:val="20"/>
        </w:rPr>
        <w:t>4. Validez y alcance:</w:t>
      </w:r>
    </w:p>
    <w:p>
      <w:r>
        <w:rPr>
          <w:b w:val="0"/>
          <w:sz w:val="20"/>
        </w:rPr>
        <w:t>Este certificado carece de validez para los supuestos de matrimonio, parejas de hecho o cualquier otro régimen jurídico específico y únicamente acredita la convivencia en el domicilio indicado.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de expedición: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/>
    <w:p/>
    <w:p>
      <w:pPr>
        <w:jc w:val="center"/>
      </w:pPr>
      <w:r>
        <w:rPr>
          <w:b w:val="0"/>
          <w:sz w:val="20"/>
        </w:rPr>
        <w:t>Se extiende este certificado a solicitud de los interesados para los usos legales que consideren oportunos.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https://lex-familiar.com/modelo-de-certificado-de-convivencia/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certificado-de-convivenci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