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RETIRO ESPIRITUAL</w:t>
      </w:r>
    </w:p>
    <w:p/>
    <w:p>
      <w:r>
        <w:rPr>
          <w:b/>
          <w:sz w:val="20"/>
        </w:rPr>
        <w:t>A quien corresponda:</w:t>
      </w:r>
    </w:p>
    <w:p/>
    <w:p>
      <w:r>
        <w:rPr>
          <w:b w:val="0"/>
          <w:sz w:val="20"/>
        </w:rPr>
        <w:t>Por medio de la presente, yo, _____________________________________________________________, con DNI/NIE número ________________________, manifiesto mi decisión irrevocable de retirarme del retiro espiritual organizado por ____________________________________________________________, que se está llevando a cabo en ____________________________________________, por motivos personales y conforme a las normas establecidas por la organización.</w:t>
      </w:r>
    </w:p>
    <w:p/>
    <w:p>
      <w:r>
        <w:rPr>
          <w:b w:val="0"/>
          <w:sz w:val="20"/>
        </w:rPr>
        <w:t>Declaro que esta decisión ha sido tomada libre y voluntariamente, sin coacción o presión de ninguna índole, siendo consciente de las implicaciones que conlleva mi retirada del citado retiro.</w:t>
      </w:r>
    </w:p>
    <w:p/>
    <w:p>
      <w:r>
        <w:rPr>
          <w:b w:val="0"/>
          <w:sz w:val="20"/>
        </w:rPr>
        <w:t>Asimismo, me comprometo a respetar las disposiciones y acuerdos que se deriven de esta decisión, incluyendo, en su caso, la devolución de materiales, equipo o cualquier otro bien proporcionado durante el desarrollo del retiro.</w:t>
      </w:r>
    </w:p>
    <w:p/>
    <w:p>
      <w:r>
        <w:rPr>
          <w:b w:val="0"/>
          <w:sz w:val="20"/>
        </w:rPr>
        <w:t>Por último, solicito se me facilite un justificante escrito que acredite mi retiro de forma oficial.</w:t>
      </w:r>
    </w:p>
    <w:p/>
    <w:p/>
    <w:p>
      <w:r>
        <w:rPr>
          <w:b w:val="0"/>
          <w:sz w:val="20"/>
        </w:rPr>
        <w:t>Sin otro particular, quedo a la espera de su confirmación y agradezco la atención prestada.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de emisión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https://lex-familiar.com/modelo-de-carta-de-retiro-espiritual/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carta-de-retiro-espiritua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