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CONTRATO DE DONACIÓN DE DINERO DE PADRES A HIJOS</w:t>
      </w:r>
    </w:p>
    <w:p/>
    <w:p>
      <w:r>
        <w:rPr>
          <w:b w:val="0"/>
          <w:sz w:val="20"/>
        </w:rPr>
        <w:t xml:space="preserve">Lugar : ____________________________    </w:t>
      </w:r>
    </w:p>
    <w:p/>
    <w:p>
      <w:r>
        <w:rPr>
          <w:b/>
          <w:sz w:val="20"/>
        </w:rPr>
        <w:t>Datos de los Donantes (Padres) :</w:t>
      </w:r>
    </w:p>
    <w:p>
      <w:r>
        <w:rPr>
          <w:b w:val="0"/>
          <w:sz w:val="20"/>
        </w:rPr>
        <w:t>Nombre y Apellidos : ___________________________________________________</w:t>
      </w:r>
    </w:p>
    <w:p>
      <w:r>
        <w:rPr>
          <w:b w:val="0"/>
          <w:sz w:val="20"/>
        </w:rPr>
        <w:t>Nº Documento de Identidad : ___________________________________________</w:t>
      </w:r>
    </w:p>
    <w:p>
      <w:r>
        <w:rPr>
          <w:b w:val="0"/>
          <w:sz w:val="20"/>
        </w:rPr>
        <w:t>Domicilio : ____________________________________________________________</w:t>
      </w:r>
    </w:p>
    <w:p>
      <w:r>
        <w:rPr>
          <w:b w:val="0"/>
          <w:sz w:val="20"/>
        </w:rPr>
        <w:t>Teléfono : _____________________________________________________________</w:t>
      </w:r>
    </w:p>
    <w:p/>
    <w:p>
      <w:r>
        <w:rPr>
          <w:b/>
          <w:sz w:val="20"/>
        </w:rPr>
        <w:t>Datos de los Donatarios (Hijos) :</w:t>
      </w:r>
    </w:p>
    <w:p>
      <w:r>
        <w:rPr>
          <w:b w:val="0"/>
          <w:sz w:val="20"/>
        </w:rPr>
        <w:t>Nombre y Apellidos : ___________________________________________________</w:t>
      </w:r>
    </w:p>
    <w:p>
      <w:r>
        <w:rPr>
          <w:b w:val="0"/>
          <w:sz w:val="20"/>
        </w:rPr>
        <w:t>Nº Documento de Identidad : ___________________________________________</w:t>
      </w:r>
    </w:p>
    <w:p>
      <w:r>
        <w:rPr>
          <w:b w:val="0"/>
          <w:sz w:val="20"/>
        </w:rPr>
        <w:t>Domicilio : ____________________________________________________________</w:t>
      </w:r>
    </w:p>
    <w:p>
      <w:r>
        <w:rPr>
          <w:b w:val="0"/>
          <w:sz w:val="20"/>
        </w:rPr>
        <w:t>Teléfono : _____________________________________________________________</w:t>
      </w:r>
    </w:p>
    <w:p/>
    <w:p>
      <w:r>
        <w:rPr>
          <w:b/>
          <w:sz w:val="20"/>
        </w:rPr>
        <w:t>Objeto de la Donación :</w:t>
      </w:r>
    </w:p>
    <w:p>
      <w:r>
        <w:rPr>
          <w:b w:val="0"/>
          <w:sz w:val="20"/>
        </w:rPr>
        <w:t>Los donantes otorgan a los donatarios, de forma irrevocable y gratuita, la cantidad de dinero de importe _________________________ euros (EUR), que se entrega en este acto mediante _______________________________________________________.</w:t>
      </w:r>
    </w:p>
    <w:p/>
    <w:p>
      <w:r>
        <w:rPr>
          <w:b/>
          <w:sz w:val="20"/>
        </w:rPr>
        <w:t>Cláusula 1 – Naturaleza y aceptación</w:t>
      </w:r>
    </w:p>
    <w:p>
      <w:r>
        <w:rPr>
          <w:b w:val="0"/>
          <w:sz w:val="20"/>
        </w:rPr>
        <w:t>Los donantes declaran que la presente donación se realiza libremente y sin condiciones, aceptando los donatarios el presente acto en todos sus términos, con pleno conocimiento y conformidad.</w:t>
      </w:r>
    </w:p>
    <w:p/>
    <w:p>
      <w:r>
        <w:rPr>
          <w:b/>
          <w:sz w:val="20"/>
        </w:rPr>
        <w:t>Cláusula 2 – Transmisión y entrega</w:t>
      </w:r>
    </w:p>
    <w:p>
      <w:r>
        <w:rPr>
          <w:b w:val="0"/>
          <w:sz w:val="20"/>
        </w:rPr>
        <w:t>La transmisión del dinero objeto de esta donación se realiza en el acto de firma del presente contrato, habiéndose entregado o comprometiéndose a entregar la cantidad pactada, libre de cargas y gravámenes.</w:t>
      </w:r>
    </w:p>
    <w:p/>
    <w:p>
      <w:r>
        <w:rPr>
          <w:b/>
          <w:sz w:val="20"/>
        </w:rPr>
        <w:t>Cláusula 3 – Gastos y tributos</w:t>
      </w:r>
    </w:p>
    <w:p>
      <w:r>
        <w:rPr>
          <w:b w:val="0"/>
          <w:sz w:val="20"/>
        </w:rPr>
        <w:t>Los gastos, tasas y tributos que se deriven de la presente donación serán satisfechos por _______________________________________________________. En todo caso, se cumplirá con las obligaciones fiscales que la legislación vigente establece para estos actos.</w:t>
      </w:r>
    </w:p>
    <w:p/>
    <w:p>
      <w:r>
        <w:rPr>
          <w:b/>
          <w:sz w:val="20"/>
        </w:rPr>
        <w:t>Cláusula 4 – Revocación</w:t>
      </w:r>
    </w:p>
    <w:p>
      <w:r>
        <w:rPr>
          <w:b w:val="0"/>
          <w:sz w:val="20"/>
        </w:rPr>
        <w:t>La donación aquí otorgada es irrevocable, salvo en los supuestos expresamente previstos en la legislación aplicable, tales como ingratitud o incumplimiento grave de las obligaciones legales o contractuales por parte del donatario.</w:t>
      </w:r>
    </w:p>
    <w:p/>
    <w:p>
      <w:r>
        <w:rPr>
          <w:b/>
          <w:sz w:val="20"/>
        </w:rPr>
        <w:t>Cláusula 5 – Jurisdicción</w:t>
      </w:r>
    </w:p>
    <w:p>
      <w:r>
        <w:rPr>
          <w:b w:val="0"/>
          <w:sz w:val="20"/>
        </w:rPr>
        <w:t>Para cualquier controversia derivada de la interpretación o ejecución del presente contrato, las partes se someten a la jurisdicción de los Juzgados y Tribunales del domicilio de los donantes, con renuncia a cualquier otro fuero que pudiera corresponderles.</w:t>
      </w:r>
    </w:p>
    <w:p/>
    <w:p/>
    <w:p>
      <w:r>
        <w:rPr>
          <w:b w:val="0"/>
          <w:sz w:val="20"/>
        </w:rPr>
        <w:t>Lugar y fecha de la firma : _____________________________________________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DONANTES (Padres)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DONATARIOS (Hijos)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Firma : 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Firma : _________________________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Nombre : ________________________________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Nombre : ________________________________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Fuente original de este documento: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https://lex-familiar.com/modelo-contrato-donacion-dinero-padres-a-hijos/</w:t>
        </w:r>
      </w:hyperlink>
    </w:p>
    <w:p>
      <w:pPr>
        <w:jc w:val="center"/>
      </w:pPr>
      <w:r>
        <w:rPr>
          <w:color w:val="555555"/>
          <w:sz w:val="26"/>
        </w:rPr>
        <w:t>¿Le resultó útil esta plantilla?</w:t>
      </w:r>
    </w:p>
    <w:p>
      <w:pPr>
        <w:jc w:val="center"/>
      </w:pPr>
      <w:r>
        <w:rPr>
          <w:color w:val="555555"/>
          <w:sz w:val="26"/>
        </w:rPr>
        <w:t>Encuentre más plantillas actualizadas en: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https://lex-familiar.com</w:t>
        </w:r>
      </w:hyperlink>
    </w:p>
    <w:p>
      <w:pPr>
        <w:jc w:val="center"/>
      </w:pPr>
      <w:r>
        <w:rPr>
          <w:color w:val="808080"/>
          <w:sz w:val="20"/>
        </w:rPr>
        <w:t>Esta plantilla está destinada exclusivamente para uso personal y no comercial.</w:t>
        <w:br/>
        <w:t>En caso de distribución o publicación, es obligatorio mencionar la fuente. © lex-familiar.com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lex-familiar.com/modelo-contrato-donacion-dinero-padres-a-hijos/" TargetMode="External"/><Relationship Id="rId10" Type="http://schemas.openxmlformats.org/officeDocument/2006/relationships/hyperlink" Target="https://lex-familiar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