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CONTRATO DE PRESTACIÓN DE SERVICIOS DE AYUDA A DOMICILIO</w:t>
      </w:r>
    </w:p>
    <w:p/>
    <w:p>
      <w:r>
        <w:rPr>
          <w:b/>
          <w:sz w:val="20"/>
        </w:rPr>
        <w:t>Datos de la Persona Beneficiaria :</w:t>
      </w:r>
    </w:p>
    <w:p>
      <w:r>
        <w:rPr>
          <w:b w:val="0"/>
          <w:sz w:val="20"/>
        </w:rPr>
        <w:t>Nombre y Apellidos : ___________________________________________________</w:t>
      </w:r>
    </w:p>
    <w:p>
      <w:r>
        <w:rPr>
          <w:b w:val="0"/>
          <w:sz w:val="20"/>
        </w:rPr>
        <w:t>DNI/NIE : ______________________________________________________________</w:t>
      </w:r>
    </w:p>
    <w:p>
      <w:r>
        <w:rPr>
          <w:b w:val="0"/>
          <w:sz w:val="20"/>
        </w:rPr>
        <w:t>Domicilio : _____________________________________________________________</w:t>
      </w:r>
    </w:p>
    <w:p>
      <w:r>
        <w:rPr>
          <w:b w:val="0"/>
          <w:sz w:val="20"/>
        </w:rPr>
        <w:t>Teléfono : ______________________________________________________________</w:t>
      </w:r>
    </w:p>
    <w:p/>
    <w:p>
      <w:r>
        <w:rPr>
          <w:b/>
          <w:sz w:val="20"/>
        </w:rPr>
        <w:t>Datos del Prestador del Servicio :</w:t>
      </w:r>
    </w:p>
    <w:p>
      <w:r>
        <w:rPr>
          <w:b w:val="0"/>
          <w:sz w:val="20"/>
        </w:rPr>
        <w:t>Nombre y Apellidos : ___________________________________________________</w:t>
      </w:r>
    </w:p>
    <w:p>
      <w:r>
        <w:rPr>
          <w:b w:val="0"/>
          <w:sz w:val="20"/>
        </w:rPr>
        <w:t>DNI/NIE : ______________________________________________________________</w:t>
      </w:r>
    </w:p>
    <w:p>
      <w:r>
        <w:rPr>
          <w:b w:val="0"/>
          <w:sz w:val="20"/>
        </w:rPr>
        <w:t>Domicilio : _____________________________________________________________</w:t>
      </w:r>
    </w:p>
    <w:p>
      <w:r>
        <w:rPr>
          <w:b w:val="0"/>
          <w:sz w:val="20"/>
        </w:rPr>
        <w:t>Teléfono : ______________________________________________________________</w:t>
      </w:r>
    </w:p>
    <w:p/>
    <w:p>
      <w:r>
        <w:rPr>
          <w:b/>
          <w:sz w:val="20"/>
        </w:rPr>
        <w:t>Objeto del Contrato :</w:t>
      </w:r>
    </w:p>
    <w:p>
      <w:r>
        <w:rPr>
          <w:b w:val="0"/>
          <w:sz w:val="20"/>
        </w:rPr>
        <w:t>El presente contrato tiene por objeto la prestación de servicios de ayuda a domicilio, que incluyen asistencia personal, apoyo en las actividades básicas de la vida diaria y realización de tareas domésticas, conforme a las necesidades particulares de la persona beneficiaria.</w:t>
      </w:r>
    </w:p>
    <w:p/>
    <w:p>
      <w:r>
        <w:rPr>
          <w:b/>
          <w:sz w:val="20"/>
        </w:rPr>
        <w:t>Duración :</w:t>
      </w:r>
    </w:p>
    <w:p>
      <w:r>
        <w:rPr>
          <w:b w:val="0"/>
          <w:sz w:val="20"/>
        </w:rPr>
        <w:t>El contrato tendrá una duración de ___________________, pudiendo ser renovado expresamente por ambas partes mediante acuerdo escrito.</w:t>
      </w:r>
    </w:p>
    <w:p/>
    <w:p>
      <w:r>
        <w:rPr>
          <w:b/>
          <w:sz w:val="20"/>
        </w:rPr>
        <w:t>Obligaciones del Prestador :</w:t>
      </w:r>
    </w:p>
    <w:p>
      <w:r>
        <w:rPr>
          <w:b w:val="0"/>
          <w:sz w:val="20"/>
        </w:rPr>
        <w:t>El prestador se compromete a realizar las tareas convenidas con la máxima diligencia, respeto y confidencialidad, adaptándose a las necesidades y circunstancias de la persona beneficiaria. Asimismo, respetará las normas de seguridad e higiene aplicables.</w:t>
      </w:r>
    </w:p>
    <w:p/>
    <w:p>
      <w:r>
        <w:rPr>
          <w:b/>
          <w:sz w:val="20"/>
        </w:rPr>
        <w:t>Obligaciones de la Persona Beneficiaria :</w:t>
      </w:r>
    </w:p>
    <w:p>
      <w:r>
        <w:rPr>
          <w:b w:val="0"/>
          <w:sz w:val="20"/>
        </w:rPr>
        <w:t>La persona beneficiaria o su representante se compromete a facilitar al prestador el acceso al domicilio, proporcionar los recursos necesarios para la adecuada prestación del servicio y comunicar cualquier cambio relevante para la correcta ejecución del mismo.</w:t>
      </w:r>
    </w:p>
    <w:p/>
    <w:p>
      <w:r>
        <w:rPr>
          <w:b/>
          <w:sz w:val="20"/>
        </w:rPr>
        <w:t>Precio y Forma de Pago :</w:t>
      </w:r>
    </w:p>
    <w:p>
      <w:r>
        <w:rPr>
          <w:b w:val="0"/>
          <w:sz w:val="20"/>
        </w:rPr>
        <w:t>El precio pactado por la prestación de servicios es de ___________________ EUR, que será abonado mediante _________________.</w:t>
      </w:r>
    </w:p>
    <w:p/>
    <w:p>
      <w:r>
        <w:rPr>
          <w:b/>
          <w:sz w:val="20"/>
        </w:rPr>
        <w:t>Terminación :</w:t>
      </w:r>
    </w:p>
    <w:p>
      <w:r>
        <w:rPr>
          <w:b w:val="0"/>
          <w:sz w:val="20"/>
        </w:rPr>
        <w:t>El presente contrato podrá ser rescindido por cualquiera de las partes con un preaviso mínimo de quince (15) días naturales, comunicándolo por escrito. En caso de incumplimiento grave de alguna de las partes, el contrato podrá rescindirse de forma inmediata.</w:t>
      </w:r>
    </w:p>
    <w:p/>
    <w:p>
      <w:r>
        <w:rPr>
          <w:b/>
          <w:sz w:val="20"/>
        </w:rPr>
        <w:t>Responsabilidad :</w:t>
      </w:r>
    </w:p>
    <w:p>
      <w:r>
        <w:rPr>
          <w:b w:val="0"/>
          <w:sz w:val="20"/>
        </w:rPr>
        <w:t>El prestador será responsable por los daños y perjuicios causados por dolo o negligencia grave en la prestación del servicio. No responderá por hechos fortuitos o fuerza mayor que impidan la prestación del servicio.</w:t>
      </w:r>
    </w:p>
    <w:p/>
    <w:p>
      <w:r>
        <w:rPr>
          <w:b/>
          <w:sz w:val="20"/>
        </w:rPr>
        <w:t>Protección de Datos :</w:t>
      </w:r>
    </w:p>
    <w:p>
      <w:r>
        <w:rPr>
          <w:b w:val="0"/>
          <w:sz w:val="20"/>
        </w:rPr>
        <w:t>Ambas partes se comprometen a cumplir con la normativa vigente en materia de protección de datos personales, asegurando la confidencialidad y el uso adecuado de la información que se intercambie en virtud del presente contrato.</w:t>
      </w:r>
    </w:p>
    <w:p/>
    <w:p>
      <w:r>
        <w:rPr>
          <w:b/>
          <w:sz w:val="20"/>
        </w:rPr>
        <w:t>Legislación Aplicable y Jurisdicción :</w:t>
      </w:r>
    </w:p>
    <w:p>
      <w:r>
        <w:rPr>
          <w:b w:val="0"/>
          <w:sz w:val="20"/>
        </w:rPr>
        <w:t>El presente contrato se regirá por la legislación española vigente. Para cualquier controversia derivada del mismo, las partes se someten expresamente a los Juzgados y Tribunales del domicilio de la persona beneficiaria, con renuncia a cualquier otro fuero que pudiera corresponderles.</w:t>
      </w:r>
    </w:p>
    <w:p/>
    <w:p/>
    <w:p>
      <w:r>
        <w:rPr>
          <w:b w:val="0"/>
          <w:sz w:val="20"/>
        </w:rPr>
        <w:t>Lugar y firma : 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PERSONA BENEFICIARIA</w:t>
            </w:r>
          </w:p>
        </w:tc>
        <w:tc>
          <w:tcPr>
            <w:tcW w:type="dxa" w:w="4986"/>
            <w:tcBorders>
              <w:top w:val="nil"/>
              <w:left w:val="nil"/>
              <w:bottom w:val="nil"/>
              <w:right w:val="nil"/>
              <w:insideH w:val="nil"/>
              <w:insideV w:val="nil"/>
            </w:tcBorders>
          </w:tcPr>
          <w:p>
            <w:pPr>
              <w:jc w:val="center"/>
            </w:pPr>
            <w:r>
              <w:t>PRESTADOR DEL SERVICIO</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https://lex-familiar.com/modelo-contrato-ayuda-a-domicilio/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https://lex-familiar.com</w:t>
        </w:r>
      </w:hyperlink>
    </w:p>
    <w:p>
      <w:pPr>
        <w:jc w:val="center"/>
      </w:pPr>
      <w:r>
        <w:rPr>
          <w:color w:val="808080"/>
          <w:sz w:val="20"/>
        </w:rPr>
        <w:t>Esta plantilla está destinada exclusivamente para uso personal y no comercial.</w:t>
        <w:br/>
        <w:t>En caso de distribución o publicación, es obligatorio mencionar la fuente. © lex-familiar.com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familiar.com/modelo-contrato-ayuda-a-domicilio/" TargetMode="External"/><Relationship Id="rId10" Type="http://schemas.openxmlformats.org/officeDocument/2006/relationships/hyperlink" Target="https://lex-famili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