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MÉDICO PARA VOLAR EMBARAZADA</w:t>
      </w:r>
    </w:p>
    <w:p/>
    <w:p>
      <w:r>
        <w:rPr>
          <w:b/>
          <w:sz w:val="20"/>
        </w:rPr>
        <w:t>Datos del Profesional Sanitario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Número de Colegiado : _________________________________________________</w:t>
      </w:r>
    </w:p>
    <w:p>
      <w:r>
        <w:rPr>
          <w:b w:val="0"/>
          <w:sz w:val="20"/>
        </w:rPr>
        <w:t>Centro Médico : 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Datos de la Paciente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____________________________________________________________</w:t>
      </w:r>
    </w:p>
    <w:p>
      <w:r>
        <w:rPr>
          <w:b w:val="0"/>
          <w:sz w:val="20"/>
        </w:rPr>
        <w:t>Fecha de Nacimiento : ________________________________________________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Declaración Médica :</w:t>
      </w:r>
    </w:p>
    <w:p>
      <w:r>
        <w:rPr>
          <w:b w:val="0"/>
          <w:sz w:val="20"/>
        </w:rPr>
        <w:t>El/la abajo firmante, médico/a colegiado/a según los datos indicados, certifica que la paciente anteriormente mencionada se encuentra embarazada y apta para realizar un vuelo comercial, sin que existan contraindicaciones médicas relativas al embarazo que limiten o restrinjan su viaje en avión en las condiciones normales de vuelo y duración previstas.</w:t>
      </w:r>
    </w:p>
    <w:p/>
    <w:p>
      <w:r>
        <w:rPr>
          <w:b w:val="0"/>
          <w:sz w:val="20"/>
        </w:rPr>
        <w:t>Esta certificación se expide a solicitud de la interesada para los fines que considere oportunos y es válida para presentar ante la compañía aérea o autoridad competente que lo requiera.</w:t>
      </w:r>
    </w:p>
    <w:p/>
    <w:p>
      <w:r>
        <w:rPr>
          <w:b/>
          <w:sz w:val="20"/>
        </w:rPr>
        <w:t>Contraindicaciones y Observaciones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 w:val="0"/>
          <w:sz w:val="20"/>
        </w:rPr>
        <w:t>Este certificado tiene validez únicamente para el vuelo previsto y para la fecha que se indicará al pie de la firma.</w:t>
      </w:r>
    </w:p>
    <w:p/>
    <w:p/>
    <w:p>
      <w:r>
        <w:rPr>
          <w:b w:val="0"/>
          <w:sz w:val="20"/>
        </w:rPr>
        <w:t>Lugar y fecha de expedición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MÉDICO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DEL CENTRO MÉDICO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Centro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https://lex-familiar.com/modelo-certificado-medico-para-volar-embarazada/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certificado-medico-para-volar-embarazada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