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AUTORIZACIÓN PARA LA GESTIÓN DE ASUNTOS ANTE LA SEGURIDAD SOCIAL</w:t>
      </w:r>
    </w:p>
    <w:p/>
    <w:p>
      <w:r>
        <w:rPr>
          <w:b/>
          <w:sz w:val="20"/>
        </w:rPr>
        <w:t>DATOS DEL AUTORIZANTE :</w:t>
      </w:r>
    </w:p>
    <w:p>
      <w:r>
        <w:rPr>
          <w:b w:val="0"/>
          <w:sz w:val="20"/>
        </w:rPr>
        <w:t>Nombre y Apellidos : ___________________________________________________</w:t>
      </w:r>
    </w:p>
    <w:p>
      <w:r>
        <w:rPr>
          <w:b w:val="0"/>
          <w:sz w:val="20"/>
        </w:rPr>
        <w:t>DNI/NIE : ______________________________________________________________</w:t>
      </w:r>
    </w:p>
    <w:p>
      <w:r>
        <w:rPr>
          <w:b w:val="0"/>
          <w:sz w:val="20"/>
        </w:rPr>
        <w:t>Dirección : ____________________________________________________________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_____________________________________________________________</w:t>
      </w:r>
    </w:p>
    <w:p/>
    <w:p>
      <w:r>
        <w:rPr>
          <w:b/>
          <w:sz w:val="20"/>
        </w:rPr>
        <w:t>DATOS DEL AUTORIZADO :</w:t>
      </w:r>
    </w:p>
    <w:p>
      <w:r>
        <w:rPr>
          <w:b w:val="0"/>
          <w:sz w:val="20"/>
        </w:rPr>
        <w:t>Nombre y Apellidos : ___________________________________________________</w:t>
      </w:r>
    </w:p>
    <w:p>
      <w:r>
        <w:rPr>
          <w:b w:val="0"/>
          <w:sz w:val="20"/>
        </w:rPr>
        <w:t>DNI/NIE : ______________________________________________________________</w:t>
      </w:r>
    </w:p>
    <w:p>
      <w:r>
        <w:rPr>
          <w:b w:val="0"/>
          <w:sz w:val="20"/>
        </w:rPr>
        <w:t>Dirección : ____________________________________________________________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_____________________________________________________________</w:t>
      </w:r>
    </w:p>
    <w:p/>
    <w:p>
      <w:r>
        <w:rPr>
          <w:b/>
          <w:sz w:val="20"/>
        </w:rPr>
        <w:t>OBJETO DE LA AUTORIZACIÓN :</w:t>
      </w:r>
    </w:p>
    <w:p>
      <w:r>
        <w:rPr>
          <w:b w:val="0"/>
          <w:sz w:val="20"/>
        </w:rPr>
        <w:t>Por la presente, el autorizante confiere al autorizado la facultad de realizar en su nombre y representación todos los trámites y gestiones necesarios ante la Tesorería General de la Seguridad Social y el Instituto Nacional de la Seguridad Social, incluyendo pero no limitándose a la presentación y recogida de documentación, solicitudes, alegaciones y cualquier otro acto relacionado con la gestión de prestaciones, afiliación, altas, bajas, cotizaciones y demás asuntos administrativos vinculados con la Seguridad Social.</w:t>
      </w:r>
    </w:p>
    <w:p/>
    <w:p>
      <w:r>
        <w:rPr>
          <w:b/>
          <w:sz w:val="20"/>
        </w:rPr>
        <w:t>ALCANCE Y LIMITACIONES DE LA AUTORIZACIÓN :</w:t>
      </w:r>
    </w:p>
    <w:p>
      <w:r>
        <w:rPr>
          <w:b w:val="0"/>
          <w:sz w:val="20"/>
        </w:rPr>
        <w:t>Esta autorización es válida únicamente para los trámites indicados y no habilita al autorizado para realizar actuaciones que impliquen la modificación de datos personales o la disposición de fondos. El autorizante se reserva la facultad de revocar esta autorización en cualquier momento mediante comunicación fehaciente.</w:t>
      </w:r>
    </w:p>
    <w:p/>
    <w:p>
      <w:r>
        <w:rPr>
          <w:b/>
          <w:sz w:val="20"/>
        </w:rPr>
        <w:t>DURACIÓN DE LA AUTORIZACIÓN :</w:t>
      </w:r>
    </w:p>
    <w:p>
      <w:r>
        <w:rPr>
          <w:b w:val="0"/>
          <w:sz w:val="20"/>
        </w:rPr>
        <w:t>La presente autorización tendrá vigencia desde el momento de su firma y hasta que el autorizante comunique su revocación por escrito al autorizado y a la entidad correspondiente.</w:t>
      </w:r>
    </w:p>
    <w:p/>
    <w:p>
      <w:r>
        <w:rPr>
          <w:b/>
          <w:sz w:val="20"/>
        </w:rPr>
        <w:t>PROTECCIÓN DE DATOS PERSONALES :</w:t>
      </w:r>
    </w:p>
    <w:p>
      <w:r>
        <w:rPr>
          <w:b w:val="0"/>
          <w:sz w:val="20"/>
        </w:rPr>
        <w:t>De conformidad con la normativa vigente en materia de protección de datos personales, el autorizante consiente el tratamiento de sus datos por parte del autorizado y las entidades públicas competentes exclusivamente para la gestión y tramitación de los asuntos objeto de esta autorización.</w:t>
      </w:r>
    </w:p>
    <w:p/>
    <w:p/>
    <w:p>
      <w:r>
        <w:rPr>
          <w:b w:val="0"/>
          <w:sz w:val="20"/>
        </w:rPr>
        <w:t>Lugar : ______________________________________</w:t>
      </w:r>
    </w:p>
    <w:p>
      <w:r>
        <w:rPr>
          <w:b w:val="0"/>
          <w:sz w:val="20"/>
        </w:rPr>
        <w:t>Firma del autorizante : 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 AUTORIZANTE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 AUTORIZADO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https://lex-familiar.com/modelo-autorizacion-seguridad-social/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https://lex-familiar.com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lex-familiar.com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familiar.com/modelo-autorizacion-seguridad-social/" TargetMode="External"/><Relationship Id="rId10" Type="http://schemas.openxmlformats.org/officeDocument/2006/relationships/hyperlink" Target="https://lex-famili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