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AUTORIZACIÓN PARA EL EMPADRONAMIENTO DE MENOR</w:t>
      </w:r>
    </w:p>
    <w:p/>
    <w:p/>
    <w:p>
      <w:r>
        <w:rPr>
          <w:b/>
          <w:sz w:val="20"/>
        </w:rPr>
        <w:t>Yo, DON/DOÑA : ____________________________________________________________</w:t>
      </w:r>
    </w:p>
    <w:p>
      <w:r>
        <w:rPr>
          <w:b w:val="0"/>
          <w:sz w:val="20"/>
        </w:rPr>
        <w:t>con DNI/NIE : _______________________________________________________________</w:t>
      </w:r>
    </w:p>
    <w:p>
      <w:r>
        <w:rPr>
          <w:b w:val="0"/>
          <w:sz w:val="20"/>
        </w:rPr>
        <w:t>y domicilio en : ____________________________________________________________</w:t>
      </w:r>
    </w:p>
    <w:p/>
    <w:p>
      <w:r>
        <w:rPr>
          <w:b/>
          <w:sz w:val="20"/>
        </w:rPr>
        <w:t>DECLARO</w:t>
      </w:r>
    </w:p>
    <w:p>
      <w:r>
        <w:rPr>
          <w:b w:val="0"/>
          <w:sz w:val="20"/>
        </w:rPr>
        <w:t>Que soy padre/madre/tutor legal del menor que se detalla a continuación, y otorgo la presente autorización para su empadronamiento en el domicilio arriba indicado.</w:t>
      </w:r>
    </w:p>
    <w:p/>
    <w:p>
      <w:r>
        <w:rPr>
          <w:b/>
          <w:sz w:val="20"/>
        </w:rPr>
        <w:t>DATOS DEL MENOR:</w:t>
      </w:r>
    </w:p>
    <w:p>
      <w:r>
        <w:rPr>
          <w:b w:val="0"/>
          <w:sz w:val="20"/>
        </w:rPr>
        <w:t>Nombre y Apellidos : ______________________________________________________</w:t>
      </w:r>
    </w:p>
    <w:p>
      <w:r>
        <w:rPr>
          <w:b w:val="0"/>
          <w:sz w:val="20"/>
        </w:rPr>
        <w:t>Fecha de nacimiento : _______________________________________________________</w:t>
      </w:r>
    </w:p>
    <w:p>
      <w:r>
        <w:rPr>
          <w:b w:val="0"/>
          <w:sz w:val="20"/>
        </w:rPr>
        <w:t>NIE / Documento identificativo : _____________________________________________</w:t>
      </w:r>
    </w:p>
    <w:p/>
    <w:p>
      <w:r>
        <w:rPr>
          <w:b/>
          <w:sz w:val="20"/>
        </w:rPr>
        <w:t>AUTORIZO</w:t>
      </w:r>
    </w:p>
    <w:p>
      <w:r>
        <w:rPr>
          <w:b w:val="0"/>
          <w:sz w:val="20"/>
        </w:rPr>
        <w:t>Al/La Sr./Sra. : ____________________________________________________________</w:t>
      </w:r>
    </w:p>
    <w:p>
      <w:r>
        <w:rPr>
          <w:b w:val="0"/>
          <w:sz w:val="20"/>
        </w:rPr>
        <w:t>con DNI/NIE : _______________________________________________________________</w:t>
      </w:r>
    </w:p>
    <w:p>
      <w:r>
        <w:rPr>
          <w:b w:val="0"/>
          <w:sz w:val="20"/>
        </w:rPr>
        <w:t>a realizar las gestiones necesarias para el empadronamiento del menor en el domicilio indicado, así como a firmar cuantos documentos sean requeridos para tal fin.</w:t>
      </w:r>
    </w:p>
    <w:p/>
    <w:p>
      <w:r>
        <w:rPr>
          <w:b/>
          <w:sz w:val="20"/>
        </w:rPr>
        <w:t>MANIFIESTO</w:t>
      </w:r>
    </w:p>
    <w:p>
      <w:r>
        <w:rPr>
          <w:b w:val="0"/>
          <w:sz w:val="20"/>
        </w:rPr>
        <w:t>Que la información proporcionada es veraz y que el empadronamiento se realiza conforme a la legislación vigente en España, asumiendo las responsabilidades legales que pudieran derivarse de cualquier falsedad o inexactitud.</w:t>
      </w:r>
    </w:p>
    <w:p/>
    <w:p>
      <w:r>
        <w:rPr>
          <w:b w:val="0"/>
          <w:sz w:val="20"/>
        </w:rPr>
        <w:t>Lugar : ____________________________________    Fecha : ________________________</w:t>
      </w:r>
    </w:p>
    <w:p/>
    <w:p/>
    <w:p>
      <w:r>
        <w:rPr>
          <w:b w:val="0"/>
          <w:sz w:val="20"/>
        </w:rPr>
        <w:t>Firma del padre/madre/tutor legal : 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Testigo 1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Testigo 2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https://lex-familiar.com/modelo-autorizacion-empadronamiento-hijo/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https://lex-familiar.com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lex-familiar.com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familiar.com/modelo-autorizacion-empadronamiento-hijo/" TargetMode="External"/><Relationship Id="rId10" Type="http://schemas.openxmlformats.org/officeDocument/2006/relationships/hyperlink" Target="https://lex-famili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