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FORMATO DE DEMANDA DE GUARDA Y CUSTODIA A FAVOR DE LOS ABUELOS</w:t>
      </w:r>
    </w:p>
    <w:p/>
    <w:p/>
    <w:p>
      <w:r>
        <w:rPr>
          <w:b/>
          <w:sz w:val="20"/>
        </w:rPr>
        <w:t>AL JUZGADO DE PRIMERA INSTANCIA QUE POR TURNO CORRESPONDA:</w:t>
      </w:r>
    </w:p>
    <w:p/>
    <w:p>
      <w:r>
        <w:rPr>
          <w:b w:val="0"/>
          <w:sz w:val="20"/>
        </w:rPr>
        <w:t>Don/Doña ____________________________________________________, mayor de edad, con D.N.I. número ____________________, y domicilio a efectos de notificaciones en ____________________________________________________, en nombre y representación propia, comparezco y, como mejor proceda en Derecho, DIGO:</w:t>
      </w:r>
    </w:p>
    <w:p/>
    <w:p>
      <w:r>
        <w:rPr>
          <w:b/>
          <w:sz w:val="20"/>
        </w:rPr>
        <w:t>I. EXPOSICIÓN DE HECHOS</w:t>
      </w:r>
    </w:p>
    <w:p/>
    <w:p>
      <w:r>
        <w:rPr>
          <w:b w:val="0"/>
          <w:sz w:val="20"/>
        </w:rPr>
        <w:t>Primero.- Que soy abuelo/a de ____________________________________________________, menor de edad, nacido/a en ____________________ y con domicilio en ____________________________________________________, hijo/a de don/ña ____________________________________________________ y don/ña ____________________________________________________.</w:t>
      </w:r>
    </w:p>
    <w:p>
      <w:r>
        <w:rPr>
          <w:b w:val="0"/>
          <w:sz w:val="20"/>
        </w:rPr>
        <w:t>Segundo.- Que los progenitores del menor no pueden o no quieren prestar la guarda y custodia por razones que paso a exponer a continuación: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/>
    <w:p>
      <w:r>
        <w:rPr>
          <w:b/>
          <w:sz w:val="20"/>
        </w:rPr>
        <w:t>II. FUNDAMENTOS DE DERECHO</w:t>
      </w:r>
    </w:p>
    <w:p/>
    <w:p>
      <w:r>
        <w:rPr>
          <w:b/>
          <w:sz w:val="20"/>
        </w:rPr>
        <w:t>I. Competencia y procedimiento</w:t>
      </w:r>
    </w:p>
    <w:p>
      <w:r>
        <w:rPr>
          <w:b w:val="0"/>
          <w:sz w:val="20"/>
        </w:rPr>
        <w:t>Corresponde a este Juzgado conocer del presente asunto en base a lo dispuesto en el artículo 770 y siguientes de la Ley de Enjuiciamiento Civil.</w:t>
      </w:r>
    </w:p>
    <w:p/>
    <w:p>
      <w:r>
        <w:rPr>
          <w:b/>
          <w:sz w:val="20"/>
        </w:rPr>
        <w:t>II. Legitimación</w:t>
      </w:r>
    </w:p>
    <w:p>
      <w:r>
        <w:rPr>
          <w:b w:val="0"/>
          <w:sz w:val="20"/>
        </w:rPr>
        <w:t>Estoy legitimado para interponer la presente demanda en virtud de lo establecido en el artículo 160 del Código Civil, que reconoce la posibilidad de solicitar la guarda y custodia a favor de los abuelos cuando concurran circunstancias excepcionales que hagan recomendable la medida.</w:t>
      </w:r>
    </w:p>
    <w:p/>
    <w:p>
      <w:r>
        <w:rPr>
          <w:b/>
          <w:sz w:val="20"/>
        </w:rPr>
        <w:t>III. Interés superior del menor</w:t>
      </w:r>
    </w:p>
    <w:p>
      <w:r>
        <w:rPr>
          <w:b w:val="0"/>
          <w:sz w:val="20"/>
        </w:rPr>
        <w:t>El interés superior del menor es principio rector en materia de guarda y custodia, conforme al artículo 3 de la Ley Orgánica 1/1996, de 15 de enero, de Protección Jurídica del Menor, así como a lo establecido en la Convención sobre los Derechos del Niño, ratificada por España.</w:t>
      </w:r>
    </w:p>
    <w:p/>
    <w:p>
      <w:r>
        <w:rPr>
          <w:b/>
          <w:sz w:val="20"/>
        </w:rPr>
        <w:t>III. PETICIÓN</w:t>
      </w:r>
    </w:p>
    <w:p/>
    <w:p>
      <w:r>
        <w:rPr>
          <w:b w:val="0"/>
          <w:sz w:val="20"/>
        </w:rPr>
        <w:t>Por todo lo expuesto, al Juzgado SUPLICO:</w:t>
      </w:r>
    </w:p>
    <w:p>
      <w:r>
        <w:rPr>
          <w:b w:val="0"/>
          <w:sz w:val="20"/>
        </w:rPr>
        <w:t>1. Que teniendo por presentado este escrito, se sirva admitirlo, y en su virtud, se inicie el procedimiento correspondiente para la demanda de guarda y custodia a favor de los abuelos.</w:t>
      </w:r>
    </w:p>
    <w:p>
      <w:r>
        <w:rPr>
          <w:b w:val="0"/>
          <w:sz w:val="20"/>
        </w:rPr>
        <w:t>2. Que, previo los trámites legales oportunos, se dicte resolución por la que se otorgue la guarda y custodia del menor ____________________________________________________ a mi favor, Don/Doña ____________________________________________________, por considerarse la medida más adecuada para el interés superior del menor.</w:t>
      </w:r>
    </w:p>
    <w:p>
      <w:r>
        <w:rPr>
          <w:b w:val="0"/>
          <w:sz w:val="20"/>
        </w:rPr>
        <w:t>3. Que se acuerden las medidas provisionales necesarias para el cuidado y protección inmediata del menor durante la tramitación del procedimiento.</w:t>
      </w:r>
    </w:p>
    <w:p>
      <w:r>
        <w:rPr>
          <w:b w:val="0"/>
          <w:sz w:val="20"/>
        </w:rPr>
        <w:t>4. Que se practiquen las pruebas que se propongan y se consideren pertinentes para el esclarecimiento de los hechos.</w:t>
      </w:r>
    </w:p>
    <w:p/>
    <w:p>
      <w:r>
        <w:rPr>
          <w:b/>
          <w:sz w:val="20"/>
        </w:rPr>
        <w:t>IV. DOCUMENTOS QUE SE ACOMPAÑAN</w:t>
      </w:r>
    </w:p>
    <w:p/>
    <w:p>
      <w:r>
        <w:rPr>
          <w:b w:val="0"/>
          <w:sz w:val="20"/>
        </w:rPr>
        <w:t>1. Copia del DNI del/ de la demandante.</w:t>
      </w:r>
    </w:p>
    <w:p>
      <w:r>
        <w:rPr>
          <w:b w:val="0"/>
          <w:sz w:val="20"/>
        </w:rPr>
        <w:t>2. Certificado de nacimiento del menor.</w:t>
      </w:r>
    </w:p>
    <w:p>
      <w:r>
        <w:rPr>
          <w:b w:val="0"/>
          <w:sz w:val="20"/>
        </w:rPr>
        <w:t>3. Documentación acreditativa de la relación de parentesco.</w:t>
      </w:r>
    </w:p>
    <w:p>
      <w:r>
        <w:rPr>
          <w:b w:val="0"/>
          <w:sz w:val="20"/>
        </w:rPr>
        <w:t>4. Cualquier otro documento que se considere relevante para la valoración del asunto.</w:t>
      </w:r>
    </w:p>
    <w:p/>
    <w:p/>
    <w:p>
      <w:r>
        <w:rPr>
          <w:b w:val="0"/>
          <w:sz w:val="20"/>
        </w:rPr>
        <w:t>En ____________________, a ____ de ________________ de ________</w:t>
      </w:r>
    </w:p>
    <w:p/>
    <w:p/>
    <w:p/>
    <w:p>
      <w:r>
        <w:rPr>
          <w:b/>
          <w:sz w:val="20"/>
        </w:rPr>
        <w:t>Firma: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 / Procurador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https://lex-familiar.com/formato-de-demanda-de-guarda-y-custodia-a-favor-de-los-abuelos/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formato-de-demanda-de-guarda-y-custodia-a-favor-de-los-abuelo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