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AUTORIZACIÓN PARA EL USO DE IMAGEN DE NIÑOS</w:t>
      </w:r>
    </w:p>
    <w:p/>
    <w:p>
      <w:r>
        <w:rPr>
          <w:b w:val="0"/>
          <w:sz w:val="20"/>
        </w:rPr>
        <w:t>Yo, el/la abajo firmante, en calidad de padre/madre/tutor legal del menor cuyo nombre figura a continuación,</w:t>
      </w:r>
    </w:p>
    <w:p>
      <w:r>
        <w:rPr>
          <w:b w:val="0"/>
          <w:sz w:val="20"/>
        </w:rPr>
        <w:t>autorizo expresamente el uso de la imagen de mi hijo/a en los términos que se establecen en el presente documento.</w:t>
      </w:r>
    </w:p>
    <w:p/>
    <w:p>
      <w:r>
        <w:rPr>
          <w:b/>
          <w:sz w:val="20"/>
        </w:rPr>
        <w:t>Datos del menor :</w:t>
      </w:r>
    </w:p>
    <w:p>
      <w:r>
        <w:rPr>
          <w:b w:val="0"/>
          <w:sz w:val="20"/>
        </w:rPr>
        <w:t>Nombre y Apellidos : ___________________________________________________</w:t>
      </w:r>
    </w:p>
    <w:p>
      <w:r>
        <w:rPr>
          <w:b w:val="0"/>
          <w:sz w:val="20"/>
        </w:rPr>
        <w:t>Fecha de nacimiento : _________________________________________________</w:t>
      </w:r>
    </w:p>
    <w:p>
      <w:r>
        <w:rPr>
          <w:b w:val="0"/>
          <w:sz w:val="20"/>
        </w:rPr>
        <w:t>DNI/NIE o Pasaporte : ________________________________________________</w:t>
      </w:r>
    </w:p>
    <w:p>
      <w:r>
        <w:rPr>
          <w:b w:val="0"/>
          <w:sz w:val="20"/>
        </w:rPr>
        <w:t>Dirección : ____________________________________________________________</w:t>
      </w:r>
    </w:p>
    <w:p/>
    <w:p>
      <w:r>
        <w:rPr>
          <w:b/>
          <w:sz w:val="20"/>
        </w:rPr>
        <w:t>Datos del padre/madre/tutor legal :</w:t>
      </w:r>
    </w:p>
    <w:p>
      <w:r>
        <w:rPr>
          <w:b w:val="0"/>
          <w:sz w:val="20"/>
        </w:rPr>
        <w:t>Nombre y Apellidos : ___________________________________________________</w:t>
      </w:r>
    </w:p>
    <w:p>
      <w:r>
        <w:rPr>
          <w:b w:val="0"/>
          <w:sz w:val="20"/>
        </w:rPr>
        <w:t>DNI/NIE o Pasaporte : ________________________________________________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Objeto y finalidad de la autorización :</w:t>
      </w:r>
    </w:p>
    <w:p>
      <w:r>
        <w:rPr>
          <w:b w:val="0"/>
          <w:sz w:val="20"/>
        </w:rPr>
        <w:t>La presente autorización tiene por objeto permitir la utilización de la imagen del menor para fines informativos, educativos, promocionales y/o publicitarios relacionados con las actividades que desarrolla la entidad autorizada. La imagen podrá ser difundida mediante cualquier soporte y medio, incluyendo redes sociales, páginas web, publicaciones impresas y audiovisuales.</w:t>
      </w:r>
    </w:p>
    <w:p/>
    <w:p>
      <w:r>
        <w:rPr>
          <w:b/>
          <w:sz w:val="20"/>
        </w:rPr>
        <w:t>Alcance y limitaciones :</w:t>
      </w:r>
    </w:p>
    <w:p>
      <w:r>
        <w:rPr>
          <w:b w:val="0"/>
          <w:sz w:val="20"/>
        </w:rPr>
        <w:t>Esta autorización se concede sin contraprestación económica alguna y se limita al uso descrito. Se garantiza que el uso de la imagen respetará la dignidad, intimidad y derechos del menor, conforme a la legislación vigente en materia de protección de datos y menores.</w:t>
      </w:r>
    </w:p>
    <w:p/>
    <w:p>
      <w:r>
        <w:rPr>
          <w:b/>
          <w:sz w:val="20"/>
        </w:rPr>
        <w:t>Duración de la autorización :</w:t>
      </w:r>
    </w:p>
    <w:p>
      <w:r>
        <w:rPr>
          <w:b w:val="0"/>
          <w:sz w:val="20"/>
        </w:rPr>
        <w:t>La presente autorización tendrá una vigencia indefinida mientras la imagen sea utilizada para las finalidades autorizadas. El titular podrá revocar esta autorización en cualquier momento mediante comunicación escrita, sin que ello afecte a los usos realizados con anterioridad a dicha revocación.</w:t>
      </w:r>
    </w:p>
    <w:p/>
    <w:p>
      <w:r>
        <w:rPr>
          <w:b/>
          <w:sz w:val="20"/>
        </w:rPr>
        <w:t>Responsabilidades :</w:t>
      </w:r>
    </w:p>
    <w:p>
      <w:r>
        <w:rPr>
          <w:b w:val="0"/>
          <w:sz w:val="20"/>
        </w:rPr>
        <w:t>La entidad autorizada se compromete a utilizar la imagen del menor exclusivamente para las finalidades aquí descritas y a adoptar las medidas necesarias para garantizar la protección de los datos personales conforme a la normativa aplicable.</w:t>
      </w:r>
    </w:p>
    <w:p/>
    <w:p>
      <w:r>
        <w:rPr>
          <w:b/>
          <w:sz w:val="20"/>
        </w:rPr>
        <w:t>Conforme y aceptación :</w:t>
      </w:r>
    </w:p>
    <w:p>
      <w:r>
        <w:rPr>
          <w:b w:val="0"/>
          <w:sz w:val="20"/>
        </w:rPr>
        <w:t>En prueba de conformidad, se firma la presente autorización en el lugar y fecha indicados a continuación.</w:t>
      </w:r>
    </w:p>
    <w:p/>
    <w:p/>
    <w:p>
      <w:r>
        <w:rPr>
          <w:b w:val="0"/>
          <w:sz w:val="20"/>
        </w:rPr>
        <w:t>Lugar : ____________________________________    Fecha : 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Firma del padre/madre/tutor legal</w:t>
            </w:r>
          </w:p>
        </w:tc>
        <w:tc>
          <w:tcPr>
            <w:tcW w:type="dxa" w:w="4986"/>
            <w:tcBorders>
              <w:top w:val="nil"/>
              <w:left w:val="nil"/>
              <w:bottom w:val="nil"/>
              <w:right w:val="nil"/>
              <w:insideH w:val="nil"/>
              <w:insideV w:val="nil"/>
            </w:tcBorders>
          </w:tcPr>
          <w:p>
            <w:pPr>
              <w:jc w:val="center"/>
            </w:pPr>
            <w:r>
              <w:t>Firma del representante de la entidad autorizada</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https://lex-familiar.com/autorizacion-para-el-uso-de-imagen-de-ninos/</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https://lex-familiar.com</w:t>
        </w:r>
      </w:hyperlink>
    </w:p>
    <w:p>
      <w:pPr>
        <w:jc w:val="center"/>
      </w:pPr>
      <w:r>
        <w:rPr>
          <w:color w:val="808080"/>
          <w:sz w:val="20"/>
        </w:rPr>
        <w:t>Esta plantilla está destinada exclusivamente para uso personal y no comercial.</w:t>
        <w:br/>
        <w:t>En caso de distribución o publicación, es obligatorio mencionar la fuente. © lex-familiar.com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familiar.com/autorizacion-para-el-uso-de-imagen-de-ninos/" TargetMode="External"/><Relationship Id="rId10" Type="http://schemas.openxmlformats.org/officeDocument/2006/relationships/hyperlink" Target="https://lex-famili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